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B901B7" w14:textId="77777777" w:rsidR="00201760" w:rsidRDefault="00000000">
      <w:pPr>
        <w:pStyle w:val="Title"/>
        <w:jc w:val="center"/>
      </w:pPr>
      <w:r>
        <w:t>INVESTICINIO KREDITO PIRKIMO SĄLYGOS</w:t>
      </w:r>
    </w:p>
    <w:p w14:paraId="7983A8DC" w14:textId="77777777" w:rsidR="00201760" w:rsidRDefault="00000000">
      <w:pPr>
        <w:jc w:val="center"/>
      </w:pPr>
      <w:r>
        <w:rPr>
          <w:i/>
          <w:color w:val="595959"/>
          <w:sz w:val="18"/>
        </w:rPr>
        <w:t>(</w:t>
      </w:r>
      <w:proofErr w:type="spellStart"/>
      <w:r>
        <w:rPr>
          <w:i/>
          <w:color w:val="595959"/>
          <w:sz w:val="18"/>
        </w:rPr>
        <w:t>pirkimas</w:t>
      </w:r>
      <w:proofErr w:type="spellEnd"/>
      <w:r>
        <w:rPr>
          <w:i/>
          <w:color w:val="595959"/>
          <w:sz w:val="18"/>
        </w:rPr>
        <w:t xml:space="preserve">, </w:t>
      </w:r>
      <w:proofErr w:type="spellStart"/>
      <w:r>
        <w:rPr>
          <w:i/>
          <w:color w:val="595959"/>
          <w:sz w:val="18"/>
        </w:rPr>
        <w:t>kuriam</w:t>
      </w:r>
      <w:proofErr w:type="spellEnd"/>
      <w:r>
        <w:rPr>
          <w:i/>
          <w:color w:val="595959"/>
          <w:sz w:val="18"/>
        </w:rPr>
        <w:t xml:space="preserve"> </w:t>
      </w:r>
      <w:proofErr w:type="spellStart"/>
      <w:r>
        <w:rPr>
          <w:i/>
          <w:color w:val="595959"/>
          <w:sz w:val="18"/>
        </w:rPr>
        <w:t>netaikomi</w:t>
      </w:r>
      <w:proofErr w:type="spellEnd"/>
      <w:r>
        <w:rPr>
          <w:i/>
          <w:color w:val="595959"/>
          <w:sz w:val="18"/>
        </w:rPr>
        <w:t xml:space="preserve"> Lietuvos </w:t>
      </w:r>
      <w:proofErr w:type="spellStart"/>
      <w:r>
        <w:rPr>
          <w:i/>
          <w:color w:val="595959"/>
          <w:sz w:val="18"/>
        </w:rPr>
        <w:t>Respublikos</w:t>
      </w:r>
      <w:proofErr w:type="spellEnd"/>
      <w:r>
        <w:rPr>
          <w:i/>
          <w:color w:val="595959"/>
          <w:sz w:val="18"/>
        </w:rPr>
        <w:t xml:space="preserve"> </w:t>
      </w:r>
      <w:proofErr w:type="spellStart"/>
      <w:r>
        <w:rPr>
          <w:i/>
          <w:color w:val="595959"/>
          <w:sz w:val="18"/>
        </w:rPr>
        <w:t>viešųjų</w:t>
      </w:r>
      <w:proofErr w:type="spellEnd"/>
      <w:r>
        <w:rPr>
          <w:i/>
          <w:color w:val="595959"/>
          <w:sz w:val="18"/>
        </w:rPr>
        <w:t xml:space="preserve"> </w:t>
      </w:r>
      <w:proofErr w:type="spellStart"/>
      <w:r>
        <w:rPr>
          <w:i/>
          <w:color w:val="595959"/>
          <w:sz w:val="18"/>
        </w:rPr>
        <w:t>pirkimų</w:t>
      </w:r>
      <w:proofErr w:type="spellEnd"/>
      <w:r>
        <w:rPr>
          <w:i/>
          <w:color w:val="595959"/>
          <w:sz w:val="18"/>
        </w:rPr>
        <w:t xml:space="preserve"> </w:t>
      </w:r>
      <w:proofErr w:type="spellStart"/>
      <w:r>
        <w:rPr>
          <w:i/>
          <w:color w:val="595959"/>
          <w:sz w:val="18"/>
        </w:rPr>
        <w:t>įstatymo</w:t>
      </w:r>
      <w:proofErr w:type="spellEnd"/>
      <w:r>
        <w:rPr>
          <w:i/>
          <w:color w:val="595959"/>
          <w:sz w:val="18"/>
        </w:rPr>
        <w:t xml:space="preserve"> </w:t>
      </w:r>
      <w:proofErr w:type="spellStart"/>
      <w:r>
        <w:rPr>
          <w:i/>
          <w:color w:val="595959"/>
          <w:sz w:val="18"/>
        </w:rPr>
        <w:t>reikalavimai</w:t>
      </w:r>
      <w:proofErr w:type="spellEnd"/>
      <w:r>
        <w:rPr>
          <w:i/>
          <w:color w:val="595959"/>
          <w:sz w:val="18"/>
        </w:rPr>
        <w:t xml:space="preserve">; VPĮ </w:t>
      </w:r>
      <w:proofErr w:type="spellStart"/>
      <w:r>
        <w:rPr>
          <w:i/>
          <w:color w:val="595959"/>
          <w:sz w:val="18"/>
        </w:rPr>
        <w:t>išimties</w:t>
      </w:r>
      <w:proofErr w:type="spellEnd"/>
      <w:r>
        <w:rPr>
          <w:i/>
          <w:color w:val="595959"/>
          <w:sz w:val="18"/>
        </w:rPr>
        <w:t xml:space="preserve"> </w:t>
      </w:r>
      <w:proofErr w:type="spellStart"/>
      <w:r>
        <w:rPr>
          <w:i/>
          <w:color w:val="595959"/>
          <w:sz w:val="18"/>
        </w:rPr>
        <w:t>kontekste</w:t>
      </w:r>
      <w:proofErr w:type="spellEnd"/>
      <w:r>
        <w:rPr>
          <w:i/>
          <w:color w:val="595959"/>
          <w:sz w:val="18"/>
        </w:rPr>
        <w:t xml:space="preserve"> </w:t>
      </w:r>
      <w:proofErr w:type="spellStart"/>
      <w:r>
        <w:rPr>
          <w:i/>
          <w:color w:val="595959"/>
          <w:sz w:val="18"/>
        </w:rPr>
        <w:t>kreditas</w:t>
      </w:r>
      <w:proofErr w:type="spellEnd"/>
      <w:r>
        <w:rPr>
          <w:i/>
          <w:color w:val="595959"/>
          <w:sz w:val="18"/>
        </w:rPr>
        <w:t xml:space="preserve"> </w:t>
      </w:r>
      <w:proofErr w:type="spellStart"/>
      <w:r>
        <w:rPr>
          <w:i/>
          <w:color w:val="595959"/>
          <w:sz w:val="18"/>
        </w:rPr>
        <w:t>laikomas</w:t>
      </w:r>
      <w:proofErr w:type="spellEnd"/>
      <w:r>
        <w:rPr>
          <w:i/>
          <w:color w:val="595959"/>
          <w:sz w:val="18"/>
        </w:rPr>
        <w:t xml:space="preserve"> </w:t>
      </w:r>
      <w:proofErr w:type="spellStart"/>
      <w:r>
        <w:rPr>
          <w:i/>
          <w:color w:val="595959"/>
          <w:sz w:val="18"/>
        </w:rPr>
        <w:t>paskola</w:t>
      </w:r>
      <w:proofErr w:type="spellEnd"/>
      <w:r>
        <w:rPr>
          <w:i/>
          <w:color w:val="595959"/>
          <w:sz w:val="18"/>
        </w:rPr>
        <w:t>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415"/>
        <w:gridCol w:w="3416"/>
        <w:gridCol w:w="3415"/>
      </w:tblGrid>
      <w:tr w:rsidR="00201760" w14:paraId="7940E3F2" w14:textId="77777777">
        <w:trPr>
          <w:jc w:val="center"/>
        </w:trPr>
        <w:tc>
          <w:tcPr>
            <w:tcW w:w="3419" w:type="dxa"/>
            <w:shd w:val="clear" w:color="auto" w:fill="EAF2F8"/>
            <w:tcMar>
              <w:top w:w="85" w:type="dxa"/>
              <w:left w:w="100" w:type="dxa"/>
              <w:bottom w:w="85" w:type="dxa"/>
              <w:right w:w="100" w:type="dxa"/>
            </w:tcMar>
          </w:tcPr>
          <w:p w14:paraId="4AF208E4" w14:textId="7D1BEF6D" w:rsidR="00201760" w:rsidRDefault="00000000">
            <w:proofErr w:type="spellStart"/>
            <w:r>
              <w:rPr>
                <w:sz w:val="18"/>
              </w:rPr>
              <w:t>Pirkimo</w:t>
            </w:r>
            <w:proofErr w:type="spellEnd"/>
            <w:r>
              <w:rPr>
                <w:sz w:val="18"/>
              </w:rPr>
              <w:t xml:space="preserve"> Nr.:</w:t>
            </w:r>
            <w:r w:rsidR="005B30DC">
              <w:rPr>
                <w:sz w:val="18"/>
              </w:rPr>
              <w:t xml:space="preserve"> TP-234</w:t>
            </w:r>
          </w:p>
        </w:tc>
        <w:tc>
          <w:tcPr>
            <w:tcW w:w="3419" w:type="dxa"/>
            <w:shd w:val="clear" w:color="auto" w:fill="EAF2F8"/>
            <w:tcMar>
              <w:top w:w="85" w:type="dxa"/>
              <w:left w:w="100" w:type="dxa"/>
              <w:bottom w:w="85" w:type="dxa"/>
              <w:right w:w="100" w:type="dxa"/>
            </w:tcMar>
          </w:tcPr>
          <w:p w14:paraId="23F8C3F4" w14:textId="77777777" w:rsidR="005B30DC" w:rsidRDefault="00000000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Pirkimo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iniciatorius</w:t>
            </w:r>
            <w:proofErr w:type="spellEnd"/>
            <w:r>
              <w:rPr>
                <w:sz w:val="18"/>
              </w:rPr>
              <w:t>:</w:t>
            </w:r>
          </w:p>
          <w:p w14:paraId="424BEE2A" w14:textId="1982290E" w:rsidR="00201760" w:rsidRDefault="005B30DC">
            <w:proofErr w:type="spellStart"/>
            <w:r>
              <w:rPr>
                <w:sz w:val="18"/>
              </w:rPr>
              <w:t>Finansų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departamento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direktorius</w:t>
            </w:r>
            <w:proofErr w:type="spellEnd"/>
            <w:r>
              <w:rPr>
                <w:sz w:val="18"/>
              </w:rPr>
              <w:t xml:space="preserve"> Vidmantas Kvietkauskas</w:t>
            </w:r>
          </w:p>
        </w:tc>
        <w:tc>
          <w:tcPr>
            <w:tcW w:w="3419" w:type="dxa"/>
            <w:shd w:val="clear" w:color="auto" w:fill="EAF2F8"/>
            <w:tcMar>
              <w:top w:w="85" w:type="dxa"/>
              <w:left w:w="100" w:type="dxa"/>
              <w:bottom w:w="85" w:type="dxa"/>
              <w:right w:w="100" w:type="dxa"/>
            </w:tcMar>
          </w:tcPr>
          <w:p w14:paraId="75FCAB34" w14:textId="7CC89C42" w:rsidR="00201760" w:rsidRDefault="00000000">
            <w:r>
              <w:rPr>
                <w:sz w:val="18"/>
              </w:rPr>
              <w:t xml:space="preserve">Data: </w:t>
            </w:r>
            <w:r w:rsidR="00813E4B">
              <w:rPr>
                <w:sz w:val="18"/>
              </w:rPr>
              <w:t>2026-07-30</w:t>
            </w:r>
          </w:p>
        </w:tc>
      </w:tr>
    </w:tbl>
    <w:p w14:paraId="4975B712" w14:textId="77777777" w:rsidR="00201760" w:rsidRDefault="00000000">
      <w:pPr>
        <w:pStyle w:val="Heading1"/>
      </w:pPr>
      <w:r>
        <w:t xml:space="preserve">1. </w:t>
      </w:r>
      <w:proofErr w:type="spellStart"/>
      <w:r>
        <w:t>Bendroji</w:t>
      </w:r>
      <w:proofErr w:type="spellEnd"/>
      <w:r>
        <w:t xml:space="preserve"> </w:t>
      </w:r>
      <w:proofErr w:type="spellStart"/>
      <w:r>
        <w:t>informacija</w:t>
      </w:r>
      <w:proofErr w:type="spellEnd"/>
    </w:p>
    <w:p w14:paraId="43FD06A1" w14:textId="7298F7E9" w:rsidR="00201760" w:rsidRDefault="00000000" w:rsidP="005B30DC">
      <w:pPr>
        <w:jc w:val="both"/>
      </w:pPr>
      <w:r>
        <w:t xml:space="preserve">1.1. </w:t>
      </w:r>
      <w:proofErr w:type="spellStart"/>
      <w:r>
        <w:t>Pirkimas</w:t>
      </w:r>
      <w:proofErr w:type="spellEnd"/>
      <w:r>
        <w:t xml:space="preserve"> </w:t>
      </w:r>
      <w:proofErr w:type="spellStart"/>
      <w:r>
        <w:t>vykdomas</w:t>
      </w:r>
      <w:proofErr w:type="spellEnd"/>
      <w:r>
        <w:t xml:space="preserve"> </w:t>
      </w:r>
      <w:proofErr w:type="spellStart"/>
      <w:r>
        <w:t>vadovaujantis</w:t>
      </w:r>
      <w:proofErr w:type="spellEnd"/>
      <w:r>
        <w:t xml:space="preserve"> AB „Kelių priežiūra“</w:t>
      </w:r>
      <w:r w:rsidR="00236686">
        <w:t xml:space="preserve"> (</w:t>
      </w:r>
      <w:proofErr w:type="spellStart"/>
      <w:r w:rsidR="00236686">
        <w:t>toliau</w:t>
      </w:r>
      <w:proofErr w:type="spellEnd"/>
      <w:r w:rsidR="00236686">
        <w:t xml:space="preserve"> – </w:t>
      </w:r>
      <w:proofErr w:type="spellStart"/>
      <w:r w:rsidR="00236686">
        <w:t>Bendrovė</w:t>
      </w:r>
      <w:proofErr w:type="spellEnd"/>
      <w:r w:rsidR="00236686">
        <w:t>)</w:t>
      </w:r>
      <w:r>
        <w:t xml:space="preserve"> </w:t>
      </w:r>
      <w:proofErr w:type="spellStart"/>
      <w:r>
        <w:t>patvirtinta</w:t>
      </w:r>
      <w:proofErr w:type="spellEnd"/>
      <w:r>
        <w:t xml:space="preserve"> </w:t>
      </w:r>
      <w:proofErr w:type="spellStart"/>
      <w:r>
        <w:t>Pirkimų</w:t>
      </w:r>
      <w:proofErr w:type="spellEnd"/>
      <w:r>
        <w:t xml:space="preserve">, </w:t>
      </w:r>
      <w:proofErr w:type="spellStart"/>
      <w:r>
        <w:t>kuriems</w:t>
      </w:r>
      <w:proofErr w:type="spellEnd"/>
      <w:r>
        <w:t xml:space="preserve"> </w:t>
      </w:r>
      <w:proofErr w:type="spellStart"/>
      <w:r>
        <w:t>netaikomi</w:t>
      </w:r>
      <w:proofErr w:type="spellEnd"/>
      <w:r>
        <w:t xml:space="preserve"> Lietuvos </w:t>
      </w:r>
      <w:proofErr w:type="spellStart"/>
      <w:r>
        <w:t>Respublikos</w:t>
      </w:r>
      <w:proofErr w:type="spellEnd"/>
      <w:r>
        <w:t xml:space="preserve"> </w:t>
      </w:r>
      <w:proofErr w:type="spellStart"/>
      <w:r>
        <w:t>viešųjų</w:t>
      </w:r>
      <w:proofErr w:type="spellEnd"/>
      <w:r>
        <w:t xml:space="preserve"> </w:t>
      </w:r>
      <w:proofErr w:type="spellStart"/>
      <w:r>
        <w:t>pirkimų</w:t>
      </w:r>
      <w:proofErr w:type="spellEnd"/>
      <w:r>
        <w:t xml:space="preserve"> </w:t>
      </w:r>
      <w:proofErr w:type="spellStart"/>
      <w:r>
        <w:t>įstatymo</w:t>
      </w:r>
      <w:proofErr w:type="spellEnd"/>
      <w:r>
        <w:t xml:space="preserve"> </w:t>
      </w:r>
      <w:proofErr w:type="spellStart"/>
      <w:r>
        <w:t>reikalavimai</w:t>
      </w:r>
      <w:proofErr w:type="spellEnd"/>
      <w:r>
        <w:t xml:space="preserve">, </w:t>
      </w:r>
      <w:proofErr w:type="spellStart"/>
      <w:r>
        <w:t>organizavimo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vidaus</w:t>
      </w:r>
      <w:proofErr w:type="spellEnd"/>
      <w:r>
        <w:t xml:space="preserve"> </w:t>
      </w:r>
      <w:proofErr w:type="spellStart"/>
      <w:r>
        <w:t>kontrolės</w:t>
      </w:r>
      <w:proofErr w:type="spellEnd"/>
      <w:r>
        <w:t xml:space="preserve"> </w:t>
      </w:r>
      <w:proofErr w:type="spellStart"/>
      <w:r>
        <w:t>tvarka</w:t>
      </w:r>
      <w:proofErr w:type="spellEnd"/>
      <w:r>
        <w:t>.</w:t>
      </w:r>
    </w:p>
    <w:p w14:paraId="5CF42734" w14:textId="77777777" w:rsidR="00201760" w:rsidRDefault="00000000" w:rsidP="005B30DC">
      <w:pPr>
        <w:jc w:val="both"/>
      </w:pPr>
      <w:r>
        <w:t xml:space="preserve">1.2. </w:t>
      </w:r>
      <w:proofErr w:type="spellStart"/>
      <w:r>
        <w:t>Pirkimas</w:t>
      </w:r>
      <w:proofErr w:type="spellEnd"/>
      <w:r>
        <w:t xml:space="preserve"> </w:t>
      </w:r>
      <w:proofErr w:type="spellStart"/>
      <w:r>
        <w:t>vykdomas</w:t>
      </w:r>
      <w:proofErr w:type="spellEnd"/>
      <w:r>
        <w:t xml:space="preserve"> </w:t>
      </w:r>
      <w:proofErr w:type="spellStart"/>
      <w:r>
        <w:t>taikant</w:t>
      </w:r>
      <w:proofErr w:type="spellEnd"/>
      <w:r>
        <w:t xml:space="preserve"> Lietuvos </w:t>
      </w:r>
      <w:proofErr w:type="spellStart"/>
      <w:r>
        <w:t>Respublikos</w:t>
      </w:r>
      <w:proofErr w:type="spellEnd"/>
      <w:r>
        <w:t xml:space="preserve"> </w:t>
      </w:r>
      <w:proofErr w:type="spellStart"/>
      <w:r>
        <w:t>viešųjų</w:t>
      </w:r>
      <w:proofErr w:type="spellEnd"/>
      <w:r>
        <w:t xml:space="preserve"> </w:t>
      </w:r>
      <w:proofErr w:type="spellStart"/>
      <w:r>
        <w:t>pirkimų</w:t>
      </w:r>
      <w:proofErr w:type="spellEnd"/>
      <w:r>
        <w:t xml:space="preserve"> </w:t>
      </w:r>
      <w:proofErr w:type="spellStart"/>
      <w:r>
        <w:t>įstatymo</w:t>
      </w:r>
      <w:proofErr w:type="spellEnd"/>
      <w:r>
        <w:t xml:space="preserve"> 6 </w:t>
      </w:r>
      <w:proofErr w:type="spellStart"/>
      <w:r>
        <w:t>straipsnio</w:t>
      </w:r>
      <w:proofErr w:type="spellEnd"/>
      <w:r>
        <w:t xml:space="preserve"> 1 </w:t>
      </w:r>
      <w:proofErr w:type="spellStart"/>
      <w:r>
        <w:t>dalies</w:t>
      </w:r>
      <w:proofErr w:type="spellEnd"/>
      <w:r>
        <w:t xml:space="preserve"> 7 </w:t>
      </w:r>
      <w:proofErr w:type="spellStart"/>
      <w:r>
        <w:t>punkte</w:t>
      </w:r>
      <w:proofErr w:type="spellEnd"/>
      <w:r>
        <w:t xml:space="preserve"> </w:t>
      </w:r>
      <w:proofErr w:type="spellStart"/>
      <w:r>
        <w:t>nustatytą</w:t>
      </w:r>
      <w:proofErr w:type="spellEnd"/>
      <w:r>
        <w:t xml:space="preserve"> </w:t>
      </w:r>
      <w:proofErr w:type="spellStart"/>
      <w:r>
        <w:t>išimtį</w:t>
      </w:r>
      <w:proofErr w:type="spellEnd"/>
      <w:r>
        <w:t xml:space="preserve">. </w:t>
      </w:r>
      <w:proofErr w:type="spellStart"/>
      <w:r>
        <w:t>Pirkimo</w:t>
      </w:r>
      <w:proofErr w:type="spellEnd"/>
      <w:r>
        <w:t xml:space="preserve"> </w:t>
      </w:r>
      <w:proofErr w:type="spellStart"/>
      <w:r>
        <w:t>objektas</w:t>
      </w:r>
      <w:proofErr w:type="spellEnd"/>
      <w:r>
        <w:t xml:space="preserve"> </w:t>
      </w:r>
      <w:proofErr w:type="spellStart"/>
      <w:r>
        <w:t>yra</w:t>
      </w:r>
      <w:proofErr w:type="spellEnd"/>
      <w:r>
        <w:t xml:space="preserve"> </w:t>
      </w:r>
      <w:proofErr w:type="spellStart"/>
      <w:r>
        <w:t>investicinis</w:t>
      </w:r>
      <w:proofErr w:type="spellEnd"/>
      <w:r>
        <w:t xml:space="preserve"> </w:t>
      </w:r>
      <w:proofErr w:type="spellStart"/>
      <w:r>
        <w:t>kreditas</w:t>
      </w:r>
      <w:proofErr w:type="spellEnd"/>
      <w:r>
        <w:t xml:space="preserve">, </w:t>
      </w:r>
      <w:proofErr w:type="spellStart"/>
      <w:r>
        <w:t>kuris</w:t>
      </w:r>
      <w:proofErr w:type="spellEnd"/>
      <w:r>
        <w:t xml:space="preserve"> </w:t>
      </w:r>
      <w:proofErr w:type="spellStart"/>
      <w:r>
        <w:t>šios</w:t>
      </w:r>
      <w:proofErr w:type="spellEnd"/>
      <w:r>
        <w:t xml:space="preserve"> </w:t>
      </w:r>
      <w:proofErr w:type="spellStart"/>
      <w:r>
        <w:t>išimties</w:t>
      </w:r>
      <w:proofErr w:type="spellEnd"/>
      <w:r>
        <w:t xml:space="preserve"> </w:t>
      </w:r>
      <w:proofErr w:type="spellStart"/>
      <w:r>
        <w:t>kontekste</w:t>
      </w:r>
      <w:proofErr w:type="spellEnd"/>
      <w:r>
        <w:t xml:space="preserve"> </w:t>
      </w:r>
      <w:proofErr w:type="spellStart"/>
      <w:r>
        <w:t>laikomas</w:t>
      </w:r>
      <w:proofErr w:type="spellEnd"/>
      <w:r>
        <w:t xml:space="preserve"> </w:t>
      </w:r>
      <w:proofErr w:type="spellStart"/>
      <w:r>
        <w:t>paskola</w:t>
      </w:r>
      <w:proofErr w:type="spellEnd"/>
      <w:r>
        <w:t xml:space="preserve">, </w:t>
      </w:r>
      <w:proofErr w:type="spellStart"/>
      <w:r>
        <w:t>todėl</w:t>
      </w:r>
      <w:proofErr w:type="spellEnd"/>
      <w:r>
        <w:t xml:space="preserve"> VPĮ </w:t>
      </w:r>
      <w:proofErr w:type="spellStart"/>
      <w:r>
        <w:t>procedūros</w:t>
      </w:r>
      <w:proofErr w:type="spellEnd"/>
      <w:r>
        <w:t xml:space="preserve"> </w:t>
      </w:r>
      <w:proofErr w:type="spellStart"/>
      <w:r>
        <w:t>šiam</w:t>
      </w:r>
      <w:proofErr w:type="spellEnd"/>
      <w:r>
        <w:t xml:space="preserve"> </w:t>
      </w:r>
      <w:proofErr w:type="spellStart"/>
      <w:r>
        <w:t>pirkimui</w:t>
      </w:r>
      <w:proofErr w:type="spellEnd"/>
      <w:r>
        <w:t xml:space="preserve"> </w:t>
      </w:r>
      <w:proofErr w:type="spellStart"/>
      <w:r>
        <w:t>netaikomos</w:t>
      </w:r>
      <w:proofErr w:type="spellEnd"/>
      <w:r>
        <w:t>.</w:t>
      </w:r>
    </w:p>
    <w:p w14:paraId="1D90D221" w14:textId="354873E7" w:rsidR="00201760" w:rsidRPr="00236686" w:rsidRDefault="00000000" w:rsidP="005B30DC">
      <w:pPr>
        <w:jc w:val="both"/>
        <w:rPr>
          <w:lang w:val="pt-BR"/>
        </w:rPr>
      </w:pPr>
      <w:r w:rsidRPr="00236686">
        <w:rPr>
          <w:lang w:val="pt-BR"/>
        </w:rPr>
        <w:t>1.3. Pirkimo procedūros vykdomos pagal Bendrovės vidaus tvarką</w:t>
      </w:r>
      <w:r w:rsidR="00294A7F">
        <w:rPr>
          <w:lang w:val="pt-BR"/>
        </w:rPr>
        <w:t xml:space="preserve"> “Pirkimų, kuriems netaikomas LR VPĮ reikalavimai, organizavimas ir vidaus kontrolė”</w:t>
      </w:r>
      <w:r w:rsidRPr="00236686">
        <w:rPr>
          <w:lang w:val="pt-BR"/>
        </w:rPr>
        <w:t>, laikantis racionalaus lėšų naudojimo, proporcingumo, skaidrumo ir konkurencijos principų.</w:t>
      </w:r>
    </w:p>
    <w:p w14:paraId="57DA0677" w14:textId="77777777" w:rsidR="00201760" w:rsidRPr="00236686" w:rsidRDefault="00000000" w:rsidP="005B30DC">
      <w:pPr>
        <w:jc w:val="both"/>
        <w:rPr>
          <w:lang w:val="pt-BR"/>
        </w:rPr>
      </w:pPr>
      <w:r w:rsidRPr="00236686">
        <w:rPr>
          <w:lang w:val="pt-BR"/>
        </w:rPr>
        <w:t>1.4. Šiose sąlygose vartojama sąvoka „kreditas“ apima investicinį kreditą / investicinę banko paskolą. Sąvoka „kredito / finansavimo sutartis“ apima su kredito teikėju sudaromą finansavimo dokumentą, nepriklausomai nuo konkretaus banko vartojamo sutarties pavadinimo.</w:t>
      </w:r>
    </w:p>
    <w:p w14:paraId="6236F233" w14:textId="77777777" w:rsidR="00201760" w:rsidRPr="00236686" w:rsidRDefault="00000000" w:rsidP="005B30DC">
      <w:pPr>
        <w:jc w:val="both"/>
        <w:rPr>
          <w:lang w:val="pt-BR"/>
        </w:rPr>
      </w:pPr>
      <w:r w:rsidRPr="00236686">
        <w:rPr>
          <w:lang w:val="pt-BR"/>
        </w:rPr>
        <w:t>1.5. Šios pirkimo sąlygos kartu su priedais yra kvietimo teikti pasiūlymą dalis. Pasiūlymai turi būti rengiami pagal šiose sąlygose ir prieduose nurodytas prielaidas bei reikalavimus.</w:t>
      </w:r>
    </w:p>
    <w:p w14:paraId="70F668BD" w14:textId="77777777" w:rsidR="00201760" w:rsidRPr="00236686" w:rsidRDefault="00000000" w:rsidP="005B30DC">
      <w:pPr>
        <w:pStyle w:val="Heading1"/>
        <w:jc w:val="both"/>
        <w:rPr>
          <w:lang w:val="pt-BR"/>
        </w:rPr>
      </w:pPr>
      <w:r w:rsidRPr="00236686">
        <w:rPr>
          <w:lang w:val="pt-BR"/>
        </w:rPr>
        <w:t>2. Pirkimo objektas</w:t>
      </w:r>
    </w:p>
    <w:p w14:paraId="381D0F2D" w14:textId="77777777" w:rsidR="00201760" w:rsidRPr="00236686" w:rsidRDefault="00000000" w:rsidP="005B30DC">
      <w:pPr>
        <w:jc w:val="both"/>
        <w:rPr>
          <w:lang w:val="pt-BR"/>
        </w:rPr>
      </w:pPr>
      <w:r w:rsidRPr="00236686">
        <w:rPr>
          <w:lang w:val="pt-BR"/>
        </w:rPr>
        <w:t>2.1. Pirkimo objektas – iki 25 000 000 Eur investicinis kreditas AB „Kelių priežiūra“ investicijoms finansuoti ir / ar refinansuoti iki 1 metų.</w:t>
      </w:r>
    </w:p>
    <w:p w14:paraId="4DDBF635" w14:textId="77777777" w:rsidR="00201760" w:rsidRPr="00236686" w:rsidRDefault="00000000" w:rsidP="005B30DC">
      <w:pPr>
        <w:jc w:val="both"/>
        <w:rPr>
          <w:lang w:val="pt-BR"/>
        </w:rPr>
      </w:pPr>
      <w:r w:rsidRPr="00236686">
        <w:rPr>
          <w:lang w:val="pt-BR"/>
        </w:rPr>
        <w:t>2.2. Kreditas skirtas investicijoms į techniką, pastatus, statinius ir kitą ilgalaikį turtą, įskaitant naują ir naudotą turtą, finansuoti ir / ar refinansuoti. Gali būti finansuojamas tiek po kredito / finansavimo sutarties pasirašymo įsigyjamas turtas, tiek per praėjusius 12 mėnesių iki sutarties pasirašymo įsigytas ilgalaikis turtas.</w:t>
      </w:r>
    </w:p>
    <w:p w14:paraId="0A812653" w14:textId="77777777" w:rsidR="00201760" w:rsidRPr="00236686" w:rsidRDefault="00000000" w:rsidP="005B30DC">
      <w:pPr>
        <w:jc w:val="both"/>
        <w:rPr>
          <w:lang w:val="pt-BR"/>
        </w:rPr>
      </w:pPr>
      <w:r w:rsidRPr="00236686">
        <w:rPr>
          <w:lang w:val="pt-BR"/>
        </w:rPr>
        <w:t>2.3. Pagrindiniai kredito parametrai, finansavimo poreikis, kredito terminas, lėšų išmokėjimo sąlygos, grąžinimo grafikas, palūkanų bazė, mokesčiai, užtikrinimo priemonės / užstatas ir kiti reikalavimai nustatyti 1 priede „Techninė specifikacija“.</w:t>
      </w:r>
    </w:p>
    <w:p w14:paraId="17A7F42E" w14:textId="77777777" w:rsidR="00201760" w:rsidRPr="00236686" w:rsidRDefault="00000000" w:rsidP="005B30DC">
      <w:pPr>
        <w:jc w:val="both"/>
        <w:rPr>
          <w:lang w:val="pt-BR"/>
        </w:rPr>
      </w:pPr>
      <w:r w:rsidRPr="00236686">
        <w:rPr>
          <w:lang w:val="pt-BR"/>
        </w:rPr>
        <w:t>2.4. Tiekėjas privalo pasiūlyme aiškiai nurodyti visas finansines, teisines ir kitas sąlygas, kurios gali turėti įtakos bendrai finansavimo kainai, kredito / finansavimo sutarties vykdymui ar Bendrovės įsipareigojimams.</w:t>
      </w:r>
    </w:p>
    <w:p w14:paraId="214F3AC4" w14:textId="77777777" w:rsidR="00201760" w:rsidRPr="00236686" w:rsidRDefault="00000000" w:rsidP="005B30DC">
      <w:pPr>
        <w:pStyle w:val="Heading1"/>
        <w:jc w:val="both"/>
        <w:rPr>
          <w:lang w:val="pt-BR"/>
        </w:rPr>
      </w:pPr>
      <w:r w:rsidRPr="00236686">
        <w:rPr>
          <w:lang w:val="pt-BR"/>
        </w:rPr>
        <w:t>3. Pasiūlymų pateikimas</w:t>
      </w:r>
    </w:p>
    <w:p w14:paraId="778E3190" w14:textId="6E3648D5" w:rsidR="00201760" w:rsidRPr="00236686" w:rsidRDefault="00000000" w:rsidP="005B30DC">
      <w:pPr>
        <w:jc w:val="both"/>
        <w:rPr>
          <w:lang w:val="pt-BR"/>
        </w:rPr>
      </w:pPr>
      <w:r w:rsidRPr="00236686">
        <w:rPr>
          <w:lang w:val="pt-BR"/>
        </w:rPr>
        <w:t xml:space="preserve">3.1. Pasiūlymai teikiami elektroniniu paštu </w:t>
      </w:r>
      <w:r w:rsidR="00813E4B" w:rsidRPr="00236686">
        <w:rPr>
          <w:b/>
          <w:bCs/>
          <w:lang w:val="pt-BR"/>
        </w:rPr>
        <w:t>reda.simalyte@keliuprieziura.lt</w:t>
      </w:r>
      <w:r w:rsidRPr="00236686">
        <w:rPr>
          <w:b/>
          <w:bCs/>
          <w:lang w:val="pt-BR"/>
        </w:rPr>
        <w:t xml:space="preserve"> iki</w:t>
      </w:r>
      <w:r w:rsidR="00813E4B" w:rsidRPr="00236686">
        <w:rPr>
          <w:b/>
          <w:bCs/>
          <w:lang w:val="pt-BR"/>
        </w:rPr>
        <w:t xml:space="preserve"> 2026-08-06 10.00 val</w:t>
      </w:r>
      <w:r w:rsidRPr="00236686">
        <w:rPr>
          <w:b/>
          <w:bCs/>
          <w:lang w:val="pt-BR"/>
        </w:rPr>
        <w:t>.</w:t>
      </w:r>
    </w:p>
    <w:p w14:paraId="251062A4" w14:textId="77777777" w:rsidR="00201760" w:rsidRPr="00236686" w:rsidRDefault="00000000" w:rsidP="005B30DC">
      <w:pPr>
        <w:jc w:val="both"/>
        <w:rPr>
          <w:lang w:val="pt-BR"/>
        </w:rPr>
      </w:pPr>
      <w:r w:rsidRPr="00236686">
        <w:rPr>
          <w:lang w:val="pt-BR"/>
        </w:rPr>
        <w:t>3.2. Tiekėjas kartu su pasiūlymu pateikia:</w:t>
      </w:r>
    </w:p>
    <w:p w14:paraId="00A4F4D7" w14:textId="77777777" w:rsidR="00201760" w:rsidRPr="00236686" w:rsidRDefault="00000000" w:rsidP="005B30DC">
      <w:pPr>
        <w:pStyle w:val="ListBullet"/>
        <w:ind w:left="369"/>
        <w:jc w:val="both"/>
        <w:rPr>
          <w:lang w:val="pt-BR"/>
        </w:rPr>
      </w:pPr>
      <w:r w:rsidRPr="00236686">
        <w:rPr>
          <w:lang w:val="pt-BR"/>
        </w:rPr>
        <w:t>užpildytą pasiūlymo formą pagal 2 priedą;</w:t>
      </w:r>
    </w:p>
    <w:p w14:paraId="5351859D" w14:textId="77777777" w:rsidR="00201760" w:rsidRPr="00236686" w:rsidRDefault="00000000" w:rsidP="005B30DC">
      <w:pPr>
        <w:pStyle w:val="ListBullet"/>
        <w:ind w:left="369"/>
        <w:jc w:val="both"/>
        <w:rPr>
          <w:lang w:val="pt-BR"/>
        </w:rPr>
      </w:pPr>
      <w:r w:rsidRPr="00236686">
        <w:rPr>
          <w:lang w:val="pt-BR"/>
        </w:rPr>
        <w:t>kredito sąlygų aprašymą / term sheet arba lygiavertį dokumentą;</w:t>
      </w:r>
    </w:p>
    <w:p w14:paraId="797FCA00" w14:textId="77777777" w:rsidR="00201760" w:rsidRDefault="00000000" w:rsidP="005B30DC">
      <w:pPr>
        <w:pStyle w:val="ListBullet"/>
        <w:ind w:left="369"/>
        <w:jc w:val="both"/>
      </w:pPr>
      <w:proofErr w:type="spellStart"/>
      <w:r>
        <w:t>siūlomos</w:t>
      </w:r>
      <w:proofErr w:type="spellEnd"/>
      <w:r>
        <w:t xml:space="preserve"> </w:t>
      </w:r>
      <w:proofErr w:type="spellStart"/>
      <w:r>
        <w:t>kredito</w:t>
      </w:r>
      <w:proofErr w:type="spellEnd"/>
      <w:r>
        <w:t xml:space="preserve"> / </w:t>
      </w:r>
      <w:proofErr w:type="spellStart"/>
      <w:r>
        <w:t>finansavimo</w:t>
      </w:r>
      <w:proofErr w:type="spellEnd"/>
      <w:r>
        <w:t xml:space="preserve"> </w:t>
      </w:r>
      <w:proofErr w:type="spellStart"/>
      <w:r>
        <w:t>sutarties</w:t>
      </w:r>
      <w:proofErr w:type="spellEnd"/>
      <w:r>
        <w:t xml:space="preserve"> </w:t>
      </w:r>
      <w:proofErr w:type="spellStart"/>
      <w:r>
        <w:t>projektą</w:t>
      </w:r>
      <w:proofErr w:type="spellEnd"/>
      <w:r>
        <w:t xml:space="preserve"> </w:t>
      </w:r>
      <w:proofErr w:type="spellStart"/>
      <w:r>
        <w:t>arba</w:t>
      </w:r>
      <w:proofErr w:type="spellEnd"/>
      <w:r>
        <w:t xml:space="preserve"> </w:t>
      </w:r>
      <w:proofErr w:type="spellStart"/>
      <w:r>
        <w:t>esmines</w:t>
      </w:r>
      <w:proofErr w:type="spellEnd"/>
      <w:r>
        <w:t xml:space="preserve"> </w:t>
      </w:r>
      <w:proofErr w:type="spellStart"/>
      <w:r>
        <w:t>sutarties</w:t>
      </w:r>
      <w:proofErr w:type="spellEnd"/>
      <w:r>
        <w:t xml:space="preserve"> </w:t>
      </w:r>
      <w:proofErr w:type="spellStart"/>
      <w:r>
        <w:t>sąlygas</w:t>
      </w:r>
      <w:proofErr w:type="spellEnd"/>
      <w:r>
        <w:t>;</w:t>
      </w:r>
    </w:p>
    <w:p w14:paraId="367551DE" w14:textId="77777777" w:rsidR="00201760" w:rsidRPr="00236686" w:rsidRDefault="00000000" w:rsidP="005B30DC">
      <w:pPr>
        <w:pStyle w:val="ListBullet"/>
        <w:ind w:left="369"/>
        <w:jc w:val="both"/>
        <w:rPr>
          <w:lang w:val="pt-BR"/>
        </w:rPr>
      </w:pPr>
      <w:r w:rsidRPr="00236686">
        <w:rPr>
          <w:lang w:val="pt-BR"/>
        </w:rPr>
        <w:t>užpildytą tiekėjo deklaraciją pagal 3 priedą;</w:t>
      </w:r>
    </w:p>
    <w:p w14:paraId="4DD292D4" w14:textId="77777777" w:rsidR="00201760" w:rsidRPr="00236686" w:rsidRDefault="00000000" w:rsidP="005B30DC">
      <w:pPr>
        <w:pStyle w:val="ListBullet"/>
        <w:ind w:left="369"/>
        <w:jc w:val="both"/>
        <w:rPr>
          <w:lang w:val="pt-BR"/>
        </w:rPr>
      </w:pPr>
      <w:r w:rsidRPr="00236686">
        <w:rPr>
          <w:lang w:val="pt-BR"/>
        </w:rPr>
        <w:t>visų taikomų mokesčių, ribojimų, finansinių ir nefinansinių sąlygų, užtikrinimo priemonių / užstato ir kitų sąlygų sąrašą;</w:t>
      </w:r>
    </w:p>
    <w:p w14:paraId="2257BF69" w14:textId="77777777" w:rsidR="00201760" w:rsidRDefault="00000000" w:rsidP="005B30DC">
      <w:pPr>
        <w:pStyle w:val="ListBullet"/>
        <w:ind w:left="369"/>
        <w:jc w:val="both"/>
      </w:pPr>
      <w:proofErr w:type="spellStart"/>
      <w:r>
        <w:t>kitus</w:t>
      </w:r>
      <w:proofErr w:type="spellEnd"/>
      <w:r>
        <w:t xml:space="preserve"> </w:t>
      </w:r>
      <w:proofErr w:type="spellStart"/>
      <w:r>
        <w:t>techninėje</w:t>
      </w:r>
      <w:proofErr w:type="spellEnd"/>
      <w:r>
        <w:t xml:space="preserve"> </w:t>
      </w:r>
      <w:proofErr w:type="spellStart"/>
      <w:r>
        <w:t>specifikacijoje</w:t>
      </w:r>
      <w:proofErr w:type="spellEnd"/>
      <w:r>
        <w:t xml:space="preserve"> </w:t>
      </w:r>
      <w:proofErr w:type="spellStart"/>
      <w:r>
        <w:t>nurodytus</w:t>
      </w:r>
      <w:proofErr w:type="spellEnd"/>
      <w:r>
        <w:t xml:space="preserve"> </w:t>
      </w:r>
      <w:proofErr w:type="spellStart"/>
      <w:r>
        <w:t>dokumentus</w:t>
      </w:r>
      <w:proofErr w:type="spellEnd"/>
      <w:r>
        <w:t>.</w:t>
      </w:r>
    </w:p>
    <w:p w14:paraId="1B56E44E" w14:textId="77777777" w:rsidR="00201760" w:rsidRDefault="00000000" w:rsidP="005B30DC">
      <w:pPr>
        <w:jc w:val="both"/>
      </w:pPr>
      <w:r>
        <w:t xml:space="preserve">3.3. </w:t>
      </w:r>
      <w:proofErr w:type="spellStart"/>
      <w:r>
        <w:t>Pasiūlymas</w:t>
      </w:r>
      <w:proofErr w:type="spellEnd"/>
      <w:r>
        <w:t xml:space="preserve"> </w:t>
      </w:r>
      <w:proofErr w:type="spellStart"/>
      <w:r>
        <w:t>turi</w:t>
      </w:r>
      <w:proofErr w:type="spellEnd"/>
      <w:r>
        <w:t xml:space="preserve"> </w:t>
      </w:r>
      <w:proofErr w:type="spellStart"/>
      <w:r>
        <w:t>galioti</w:t>
      </w:r>
      <w:proofErr w:type="spellEnd"/>
      <w:r>
        <w:t xml:space="preserve"> ne </w:t>
      </w:r>
      <w:proofErr w:type="spellStart"/>
      <w:r>
        <w:t>trumpiau</w:t>
      </w:r>
      <w:proofErr w:type="spellEnd"/>
      <w:r>
        <w:t xml:space="preserve"> </w:t>
      </w:r>
      <w:proofErr w:type="spellStart"/>
      <w:r>
        <w:t>kaip</w:t>
      </w:r>
      <w:proofErr w:type="spellEnd"/>
      <w:r>
        <w:t xml:space="preserve"> 90 </w:t>
      </w:r>
      <w:proofErr w:type="spellStart"/>
      <w:r>
        <w:t>kalendorinių</w:t>
      </w:r>
      <w:proofErr w:type="spellEnd"/>
      <w:r>
        <w:t xml:space="preserve"> </w:t>
      </w:r>
      <w:proofErr w:type="spellStart"/>
      <w:r>
        <w:t>dienų</w:t>
      </w:r>
      <w:proofErr w:type="spellEnd"/>
      <w:r>
        <w:t xml:space="preserve"> </w:t>
      </w:r>
      <w:proofErr w:type="spellStart"/>
      <w:r>
        <w:t>nuo</w:t>
      </w:r>
      <w:proofErr w:type="spellEnd"/>
      <w:r>
        <w:t xml:space="preserve"> </w:t>
      </w:r>
      <w:proofErr w:type="spellStart"/>
      <w:r>
        <w:t>pasiūlymų</w:t>
      </w:r>
      <w:proofErr w:type="spellEnd"/>
      <w:r>
        <w:t xml:space="preserve"> </w:t>
      </w:r>
      <w:proofErr w:type="spellStart"/>
      <w:r>
        <w:t>pateikimo</w:t>
      </w:r>
      <w:proofErr w:type="spellEnd"/>
      <w:r>
        <w:t xml:space="preserve"> </w:t>
      </w:r>
      <w:proofErr w:type="spellStart"/>
      <w:r>
        <w:t>termino</w:t>
      </w:r>
      <w:proofErr w:type="spellEnd"/>
      <w:r>
        <w:t xml:space="preserve"> </w:t>
      </w:r>
      <w:proofErr w:type="spellStart"/>
      <w:r>
        <w:t>pabaigos</w:t>
      </w:r>
      <w:proofErr w:type="spellEnd"/>
      <w:r>
        <w:t xml:space="preserve">, </w:t>
      </w:r>
      <w:proofErr w:type="spellStart"/>
      <w:r>
        <w:t>jeigu</w:t>
      </w:r>
      <w:proofErr w:type="spellEnd"/>
      <w:r>
        <w:t xml:space="preserve"> </w:t>
      </w:r>
      <w:proofErr w:type="spellStart"/>
      <w:r>
        <w:t>kvietime</w:t>
      </w:r>
      <w:proofErr w:type="spellEnd"/>
      <w:r>
        <w:t xml:space="preserve"> </w:t>
      </w:r>
      <w:proofErr w:type="spellStart"/>
      <w:r>
        <w:t>nenurodyta</w:t>
      </w:r>
      <w:proofErr w:type="spellEnd"/>
      <w:r>
        <w:t xml:space="preserve"> </w:t>
      </w:r>
      <w:proofErr w:type="spellStart"/>
      <w:r>
        <w:t>kitaip</w:t>
      </w:r>
      <w:proofErr w:type="spellEnd"/>
      <w:r>
        <w:t>.</w:t>
      </w:r>
    </w:p>
    <w:p w14:paraId="6F8150E9" w14:textId="77777777" w:rsidR="00201760" w:rsidRDefault="00000000" w:rsidP="005B30DC">
      <w:pPr>
        <w:jc w:val="both"/>
      </w:pPr>
      <w:r>
        <w:lastRenderedPageBreak/>
        <w:t xml:space="preserve">3.4. </w:t>
      </w:r>
      <w:proofErr w:type="spellStart"/>
      <w:r>
        <w:t>Bendrovė</w:t>
      </w:r>
      <w:proofErr w:type="spellEnd"/>
      <w:r>
        <w:t xml:space="preserve"> </w:t>
      </w:r>
      <w:proofErr w:type="spellStart"/>
      <w:r>
        <w:t>turi</w:t>
      </w:r>
      <w:proofErr w:type="spellEnd"/>
      <w:r>
        <w:t xml:space="preserve"> </w:t>
      </w:r>
      <w:proofErr w:type="spellStart"/>
      <w:r>
        <w:t>teisę</w:t>
      </w:r>
      <w:proofErr w:type="spellEnd"/>
      <w:r>
        <w:t xml:space="preserve"> </w:t>
      </w:r>
      <w:proofErr w:type="spellStart"/>
      <w:r>
        <w:t>prašyti</w:t>
      </w:r>
      <w:proofErr w:type="spellEnd"/>
      <w:r>
        <w:t xml:space="preserve"> </w:t>
      </w:r>
      <w:proofErr w:type="spellStart"/>
      <w:r>
        <w:t>tiekėjų</w:t>
      </w:r>
      <w:proofErr w:type="spellEnd"/>
      <w:r>
        <w:t xml:space="preserve"> </w:t>
      </w:r>
      <w:proofErr w:type="spellStart"/>
      <w:r>
        <w:t>pateikti</w:t>
      </w:r>
      <w:proofErr w:type="spellEnd"/>
      <w:r>
        <w:t xml:space="preserve"> </w:t>
      </w:r>
      <w:proofErr w:type="spellStart"/>
      <w:r>
        <w:t>paaiškinimus</w:t>
      </w:r>
      <w:proofErr w:type="spellEnd"/>
      <w:r>
        <w:t xml:space="preserve"> </w:t>
      </w:r>
      <w:proofErr w:type="spellStart"/>
      <w:r>
        <w:t>arba</w:t>
      </w:r>
      <w:proofErr w:type="spellEnd"/>
      <w:r>
        <w:t xml:space="preserve"> </w:t>
      </w:r>
      <w:proofErr w:type="spellStart"/>
      <w:r>
        <w:t>patikslinti</w:t>
      </w:r>
      <w:proofErr w:type="spellEnd"/>
      <w:r>
        <w:t xml:space="preserve"> </w:t>
      </w:r>
      <w:proofErr w:type="spellStart"/>
      <w:r>
        <w:t>pasiūlyme</w:t>
      </w:r>
      <w:proofErr w:type="spellEnd"/>
      <w:r>
        <w:t xml:space="preserve"> </w:t>
      </w:r>
      <w:proofErr w:type="spellStart"/>
      <w:r>
        <w:t>pateiktą</w:t>
      </w:r>
      <w:proofErr w:type="spellEnd"/>
      <w:r>
        <w:t xml:space="preserve"> </w:t>
      </w:r>
      <w:proofErr w:type="spellStart"/>
      <w:r>
        <w:t>informaciją</w:t>
      </w:r>
      <w:proofErr w:type="spellEnd"/>
      <w:r>
        <w:t xml:space="preserve">, </w:t>
      </w:r>
      <w:proofErr w:type="spellStart"/>
      <w:r>
        <w:t>jeigu</w:t>
      </w:r>
      <w:proofErr w:type="spellEnd"/>
      <w:r>
        <w:t xml:space="preserve"> </w:t>
      </w:r>
      <w:proofErr w:type="spellStart"/>
      <w:r>
        <w:t>dėl</w:t>
      </w:r>
      <w:proofErr w:type="spellEnd"/>
      <w:r>
        <w:t xml:space="preserve"> to </w:t>
      </w:r>
      <w:proofErr w:type="spellStart"/>
      <w:r>
        <w:t>nėra</w:t>
      </w:r>
      <w:proofErr w:type="spellEnd"/>
      <w:r>
        <w:t xml:space="preserve"> </w:t>
      </w:r>
      <w:proofErr w:type="spellStart"/>
      <w:r>
        <w:t>keičiama</w:t>
      </w:r>
      <w:proofErr w:type="spellEnd"/>
      <w:r>
        <w:t xml:space="preserve"> </w:t>
      </w:r>
      <w:proofErr w:type="spellStart"/>
      <w:r>
        <w:t>pasiūlymo</w:t>
      </w:r>
      <w:proofErr w:type="spellEnd"/>
      <w:r>
        <w:t xml:space="preserve"> </w:t>
      </w:r>
      <w:proofErr w:type="spellStart"/>
      <w:r>
        <w:t>esmė</w:t>
      </w:r>
      <w:proofErr w:type="spellEnd"/>
      <w:r>
        <w:t>.</w:t>
      </w:r>
    </w:p>
    <w:p w14:paraId="4F09ECE9" w14:textId="77777777" w:rsidR="00201760" w:rsidRDefault="00000000" w:rsidP="005B30DC">
      <w:pPr>
        <w:pStyle w:val="Heading1"/>
        <w:jc w:val="both"/>
      </w:pPr>
      <w:r>
        <w:t xml:space="preserve">4. </w:t>
      </w:r>
      <w:proofErr w:type="spellStart"/>
      <w:r>
        <w:t>Tiekėjų</w:t>
      </w:r>
      <w:proofErr w:type="spellEnd"/>
      <w:r>
        <w:t xml:space="preserve"> </w:t>
      </w:r>
      <w:proofErr w:type="spellStart"/>
      <w:r>
        <w:t>apklausa</w:t>
      </w:r>
      <w:proofErr w:type="spellEnd"/>
    </w:p>
    <w:p w14:paraId="4AD280A2" w14:textId="77777777" w:rsidR="00201760" w:rsidRDefault="00000000" w:rsidP="005B30DC">
      <w:pPr>
        <w:jc w:val="both"/>
      </w:pPr>
      <w:r>
        <w:t xml:space="preserve">4.1. </w:t>
      </w:r>
      <w:proofErr w:type="spellStart"/>
      <w:r>
        <w:t>Kvietimai</w:t>
      </w:r>
      <w:proofErr w:type="spellEnd"/>
      <w:r>
        <w:t xml:space="preserve"> </w:t>
      </w:r>
      <w:proofErr w:type="spellStart"/>
      <w:r>
        <w:t>pateikti</w:t>
      </w:r>
      <w:proofErr w:type="spellEnd"/>
      <w:r>
        <w:t xml:space="preserve"> </w:t>
      </w:r>
      <w:proofErr w:type="spellStart"/>
      <w:r>
        <w:t>pasiūlymus</w:t>
      </w:r>
      <w:proofErr w:type="spellEnd"/>
      <w:r>
        <w:t xml:space="preserve"> </w:t>
      </w:r>
      <w:proofErr w:type="spellStart"/>
      <w:r>
        <w:t>siunčiami</w:t>
      </w:r>
      <w:proofErr w:type="spellEnd"/>
      <w:r>
        <w:t xml:space="preserve"> </w:t>
      </w:r>
      <w:proofErr w:type="spellStart"/>
      <w:r>
        <w:t>tiekėjams</w:t>
      </w:r>
      <w:proofErr w:type="spellEnd"/>
      <w:r>
        <w:t xml:space="preserve">, </w:t>
      </w:r>
      <w:proofErr w:type="spellStart"/>
      <w:r>
        <w:t>atrinktiems</w:t>
      </w:r>
      <w:proofErr w:type="spellEnd"/>
      <w:r>
        <w:t xml:space="preserve"> </w:t>
      </w:r>
      <w:proofErr w:type="spellStart"/>
      <w:r>
        <w:t>pagal</w:t>
      </w:r>
      <w:proofErr w:type="spellEnd"/>
      <w:r>
        <w:t xml:space="preserve"> </w:t>
      </w:r>
      <w:proofErr w:type="spellStart"/>
      <w:r>
        <w:t>atlikto</w:t>
      </w:r>
      <w:proofErr w:type="spellEnd"/>
      <w:r>
        <w:t xml:space="preserve"> </w:t>
      </w:r>
      <w:proofErr w:type="spellStart"/>
      <w:r>
        <w:t>rinkos</w:t>
      </w:r>
      <w:proofErr w:type="spellEnd"/>
      <w:r>
        <w:t xml:space="preserve"> </w:t>
      </w:r>
      <w:proofErr w:type="spellStart"/>
      <w:r>
        <w:t>tyrimo</w:t>
      </w:r>
      <w:proofErr w:type="spellEnd"/>
      <w:r>
        <w:t xml:space="preserve"> </w:t>
      </w:r>
      <w:proofErr w:type="spellStart"/>
      <w:r>
        <w:t>rezultatus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Bendrovės</w:t>
      </w:r>
      <w:proofErr w:type="spellEnd"/>
      <w:r>
        <w:t xml:space="preserve"> </w:t>
      </w:r>
      <w:proofErr w:type="spellStart"/>
      <w:r>
        <w:t>nustatytą</w:t>
      </w:r>
      <w:proofErr w:type="spellEnd"/>
      <w:r>
        <w:t xml:space="preserve"> </w:t>
      </w:r>
      <w:proofErr w:type="spellStart"/>
      <w:r>
        <w:t>finansavimo</w:t>
      </w:r>
      <w:proofErr w:type="spellEnd"/>
      <w:r>
        <w:t xml:space="preserve"> </w:t>
      </w:r>
      <w:proofErr w:type="spellStart"/>
      <w:r>
        <w:t>poreikį</w:t>
      </w:r>
      <w:proofErr w:type="spellEnd"/>
      <w:r>
        <w:t>.</w:t>
      </w:r>
    </w:p>
    <w:p w14:paraId="089DA677" w14:textId="6740881C" w:rsidR="00201760" w:rsidRDefault="00000000" w:rsidP="005B30DC">
      <w:pPr>
        <w:jc w:val="both"/>
      </w:pPr>
      <w:r>
        <w:t xml:space="preserve">4.2. </w:t>
      </w:r>
      <w:proofErr w:type="spellStart"/>
      <w:r>
        <w:t>Pirkimas</w:t>
      </w:r>
      <w:proofErr w:type="spellEnd"/>
      <w:r>
        <w:t xml:space="preserve"> </w:t>
      </w:r>
      <w:proofErr w:type="spellStart"/>
      <w:r>
        <w:t>vykdomas</w:t>
      </w:r>
      <w:proofErr w:type="spellEnd"/>
      <w:r>
        <w:t xml:space="preserve"> </w:t>
      </w:r>
      <w:proofErr w:type="spellStart"/>
      <w:r>
        <w:t>laikantis</w:t>
      </w:r>
      <w:proofErr w:type="spellEnd"/>
      <w:r>
        <w:t xml:space="preserve"> </w:t>
      </w:r>
      <w:proofErr w:type="spellStart"/>
      <w:r>
        <w:t>Bendrovės</w:t>
      </w:r>
      <w:proofErr w:type="spellEnd"/>
      <w:r>
        <w:t xml:space="preserve"> </w:t>
      </w:r>
      <w:proofErr w:type="spellStart"/>
      <w:r w:rsidR="00294A7F">
        <w:t>t</w:t>
      </w:r>
      <w:r>
        <w:t>varkoje</w:t>
      </w:r>
      <w:proofErr w:type="spellEnd"/>
      <w:r w:rsidR="00294A7F">
        <w:t xml:space="preserve"> </w:t>
      </w:r>
      <w:r w:rsidR="00294A7F">
        <w:rPr>
          <w:lang w:val="pt-BR"/>
        </w:rPr>
        <w:t>“Pirkimų, kuriems netaikomas LR VPĮ reikalavimai, organizavimas ir vidaus kontrolė”</w:t>
      </w:r>
      <w:r>
        <w:t xml:space="preserve"> </w:t>
      </w:r>
      <w:proofErr w:type="spellStart"/>
      <w:r>
        <w:t>nustatytų</w:t>
      </w:r>
      <w:proofErr w:type="spellEnd"/>
      <w:r>
        <w:t xml:space="preserve"> </w:t>
      </w:r>
      <w:proofErr w:type="spellStart"/>
      <w:r>
        <w:t>reikalavimų</w:t>
      </w:r>
      <w:proofErr w:type="spellEnd"/>
      <w:r>
        <w:t xml:space="preserve"> </w:t>
      </w:r>
      <w:proofErr w:type="spellStart"/>
      <w:r>
        <w:t>dėl</w:t>
      </w:r>
      <w:proofErr w:type="spellEnd"/>
      <w:r>
        <w:t xml:space="preserve"> </w:t>
      </w:r>
      <w:proofErr w:type="spellStart"/>
      <w:r>
        <w:t>tiekėjų</w:t>
      </w:r>
      <w:proofErr w:type="spellEnd"/>
      <w:r>
        <w:t xml:space="preserve"> </w:t>
      </w:r>
      <w:proofErr w:type="spellStart"/>
      <w:r>
        <w:t>apklausos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kviečiamų</w:t>
      </w:r>
      <w:proofErr w:type="spellEnd"/>
      <w:r>
        <w:t xml:space="preserve"> </w:t>
      </w:r>
      <w:proofErr w:type="spellStart"/>
      <w:r>
        <w:t>tiekėjų</w:t>
      </w:r>
      <w:proofErr w:type="spellEnd"/>
      <w:r>
        <w:t xml:space="preserve"> </w:t>
      </w:r>
      <w:proofErr w:type="spellStart"/>
      <w:r>
        <w:t>skaičiaus</w:t>
      </w:r>
      <w:proofErr w:type="spellEnd"/>
      <w:r>
        <w:t>.</w:t>
      </w:r>
    </w:p>
    <w:p w14:paraId="2307CE04" w14:textId="77777777" w:rsidR="00201760" w:rsidRDefault="00000000" w:rsidP="005B30DC">
      <w:pPr>
        <w:jc w:val="both"/>
      </w:pPr>
      <w:r>
        <w:t xml:space="preserve">4.3. </w:t>
      </w:r>
      <w:proofErr w:type="spellStart"/>
      <w:r>
        <w:t>Jeigu</w:t>
      </w:r>
      <w:proofErr w:type="spellEnd"/>
      <w:r>
        <w:t xml:space="preserve"> </w:t>
      </w:r>
      <w:proofErr w:type="spellStart"/>
      <w:r>
        <w:t>pasiūlymą</w:t>
      </w:r>
      <w:proofErr w:type="spellEnd"/>
      <w:r>
        <w:t xml:space="preserve"> </w:t>
      </w:r>
      <w:proofErr w:type="spellStart"/>
      <w:r>
        <w:t>pateikia</w:t>
      </w:r>
      <w:proofErr w:type="spellEnd"/>
      <w:r>
        <w:t xml:space="preserve"> tik </w:t>
      </w:r>
      <w:proofErr w:type="spellStart"/>
      <w:r>
        <w:t>vienas</w:t>
      </w:r>
      <w:proofErr w:type="spellEnd"/>
      <w:r>
        <w:t xml:space="preserve"> </w:t>
      </w:r>
      <w:proofErr w:type="spellStart"/>
      <w:r>
        <w:t>tiekėjas</w:t>
      </w:r>
      <w:proofErr w:type="spellEnd"/>
      <w:r>
        <w:t xml:space="preserve">, </w:t>
      </w:r>
      <w:proofErr w:type="spellStart"/>
      <w:r>
        <w:t>pirkimo</w:t>
      </w:r>
      <w:proofErr w:type="spellEnd"/>
      <w:r>
        <w:t xml:space="preserve"> </w:t>
      </w:r>
      <w:proofErr w:type="spellStart"/>
      <w:r>
        <w:t>procedūros</w:t>
      </w:r>
      <w:proofErr w:type="spellEnd"/>
      <w:r>
        <w:t xml:space="preserve"> </w:t>
      </w:r>
      <w:proofErr w:type="spellStart"/>
      <w:r>
        <w:t>gali</w:t>
      </w:r>
      <w:proofErr w:type="spellEnd"/>
      <w:r>
        <w:t xml:space="preserve"> </w:t>
      </w:r>
      <w:proofErr w:type="spellStart"/>
      <w:r>
        <w:t>būti</w:t>
      </w:r>
      <w:proofErr w:type="spellEnd"/>
      <w:r>
        <w:t xml:space="preserve"> </w:t>
      </w:r>
      <w:proofErr w:type="spellStart"/>
      <w:r>
        <w:t>tęsiamos</w:t>
      </w:r>
      <w:proofErr w:type="spellEnd"/>
      <w:r>
        <w:t xml:space="preserve">, </w:t>
      </w:r>
      <w:proofErr w:type="spellStart"/>
      <w:r>
        <w:t>jeigu</w:t>
      </w:r>
      <w:proofErr w:type="spellEnd"/>
      <w:r>
        <w:t xml:space="preserve"> </w:t>
      </w:r>
      <w:proofErr w:type="spellStart"/>
      <w:r>
        <w:t>pirkimas</w:t>
      </w:r>
      <w:proofErr w:type="spellEnd"/>
      <w:r>
        <w:t xml:space="preserve"> </w:t>
      </w:r>
      <w:proofErr w:type="spellStart"/>
      <w:r>
        <w:t>inicijuotas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vykdomas</w:t>
      </w:r>
      <w:proofErr w:type="spellEnd"/>
      <w:r>
        <w:t xml:space="preserve"> </w:t>
      </w:r>
      <w:proofErr w:type="spellStart"/>
      <w:r>
        <w:t>laikantis</w:t>
      </w:r>
      <w:proofErr w:type="spellEnd"/>
      <w:r>
        <w:t xml:space="preserve"> </w:t>
      </w:r>
      <w:proofErr w:type="spellStart"/>
      <w:r>
        <w:t>Bendrovės</w:t>
      </w:r>
      <w:proofErr w:type="spellEnd"/>
      <w:r>
        <w:t xml:space="preserve"> </w:t>
      </w:r>
      <w:proofErr w:type="spellStart"/>
      <w:r>
        <w:t>vidaus</w:t>
      </w:r>
      <w:proofErr w:type="spellEnd"/>
      <w:r>
        <w:t xml:space="preserve"> </w:t>
      </w:r>
      <w:proofErr w:type="spellStart"/>
      <w:r>
        <w:t>tvarkos</w:t>
      </w:r>
      <w:proofErr w:type="spellEnd"/>
      <w:r>
        <w:t xml:space="preserve"> </w:t>
      </w:r>
      <w:proofErr w:type="spellStart"/>
      <w:r>
        <w:t>reikalavimų</w:t>
      </w:r>
      <w:proofErr w:type="spellEnd"/>
      <w:r>
        <w:t xml:space="preserve">, o </w:t>
      </w:r>
      <w:proofErr w:type="spellStart"/>
      <w:r>
        <w:t>gautas</w:t>
      </w:r>
      <w:proofErr w:type="spellEnd"/>
      <w:r>
        <w:t xml:space="preserve"> </w:t>
      </w:r>
      <w:proofErr w:type="spellStart"/>
      <w:r>
        <w:t>pasiūlymas</w:t>
      </w:r>
      <w:proofErr w:type="spellEnd"/>
      <w:r>
        <w:t xml:space="preserve"> </w:t>
      </w:r>
      <w:proofErr w:type="spellStart"/>
      <w:r>
        <w:t>atitinka</w:t>
      </w:r>
      <w:proofErr w:type="spellEnd"/>
      <w:r>
        <w:t xml:space="preserve"> </w:t>
      </w:r>
      <w:proofErr w:type="spellStart"/>
      <w:r>
        <w:t>pirkimo</w:t>
      </w:r>
      <w:proofErr w:type="spellEnd"/>
      <w:r>
        <w:t xml:space="preserve"> </w:t>
      </w:r>
      <w:proofErr w:type="spellStart"/>
      <w:r>
        <w:t>dokumentus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Bendrovės</w:t>
      </w:r>
      <w:proofErr w:type="spellEnd"/>
      <w:r>
        <w:t xml:space="preserve"> </w:t>
      </w:r>
      <w:proofErr w:type="spellStart"/>
      <w:r>
        <w:t>poreikį</w:t>
      </w:r>
      <w:proofErr w:type="spellEnd"/>
      <w:r>
        <w:t>.</w:t>
      </w:r>
    </w:p>
    <w:p w14:paraId="7D773E6D" w14:textId="77777777" w:rsidR="00201760" w:rsidRPr="00236686" w:rsidRDefault="00000000" w:rsidP="005B30DC">
      <w:pPr>
        <w:pStyle w:val="Heading1"/>
        <w:jc w:val="both"/>
        <w:rPr>
          <w:lang w:val="pt-BR"/>
        </w:rPr>
      </w:pPr>
      <w:r w:rsidRPr="00236686">
        <w:rPr>
          <w:lang w:val="pt-BR"/>
        </w:rPr>
        <w:t>5. Pasiūlymų vertinimas</w:t>
      </w:r>
    </w:p>
    <w:p w14:paraId="62A2C6AB" w14:textId="77777777" w:rsidR="00201760" w:rsidRPr="00236686" w:rsidRDefault="00000000" w:rsidP="005B30DC">
      <w:pPr>
        <w:jc w:val="both"/>
        <w:rPr>
          <w:lang w:val="pt-BR"/>
        </w:rPr>
      </w:pPr>
      <w:r w:rsidRPr="00236686">
        <w:rPr>
          <w:lang w:val="pt-BR"/>
        </w:rPr>
        <w:t>5.1. Pasiūlymai vertinami pagal kainos kriterijų. Investicinio kredito pirkimo atveju kaina laikoma mažiausia palyginamąja bendra finansavimo kaina.</w:t>
      </w:r>
    </w:p>
    <w:p w14:paraId="19AC7DB1" w14:textId="77777777" w:rsidR="00201760" w:rsidRPr="00236686" w:rsidRDefault="00000000" w:rsidP="005B30DC">
      <w:pPr>
        <w:jc w:val="both"/>
        <w:rPr>
          <w:lang w:val="pt-BR"/>
        </w:rPr>
      </w:pPr>
      <w:r w:rsidRPr="00236686">
        <w:rPr>
          <w:lang w:val="pt-BR"/>
        </w:rPr>
        <w:t>5.2. Palyginamoji bendra finansavimo kaina apskaičiuojama pagal visiems tiekėjams vienodas prielaidas, įvertinant pasiūlytą maržą, 6 mėn. EURIBOR bazę, administravimo mokestį, įsipareigojimo mokestį, kredito išankstinio grąžinimo mokestį ir kitus pasiūlyme ar kredito / finansavimo sutarties projekte nurodytus mokesčius.</w:t>
      </w:r>
    </w:p>
    <w:p w14:paraId="095EB48A" w14:textId="77777777" w:rsidR="00201760" w:rsidRPr="00236686" w:rsidRDefault="00000000" w:rsidP="005B30DC">
      <w:pPr>
        <w:jc w:val="both"/>
        <w:rPr>
          <w:lang w:val="pt-BR"/>
        </w:rPr>
      </w:pPr>
      <w:r w:rsidRPr="00236686">
        <w:rPr>
          <w:lang w:val="pt-BR"/>
        </w:rPr>
        <w:t>5.3. Tiekėjas privalo pasiūlyme nurodyti visus mokesčius, įkainius, ribojimus, finansines ir nefinansines sąlygas, užtikrinimo priemones / užstatą ir kitas sąlygas, kurios gali turėti įtakos bendrai finansavimo kainai ar Bendrovės įsipareigojimams.</w:t>
      </w:r>
    </w:p>
    <w:p w14:paraId="1140BF51" w14:textId="77777777" w:rsidR="00201760" w:rsidRPr="00236686" w:rsidRDefault="00000000" w:rsidP="005B30DC">
      <w:pPr>
        <w:jc w:val="both"/>
        <w:rPr>
          <w:lang w:val="pt-BR"/>
        </w:rPr>
      </w:pPr>
      <w:r w:rsidRPr="00236686">
        <w:rPr>
          <w:lang w:val="pt-BR"/>
        </w:rPr>
        <w:t>5.4. Esant poreikiui Bendrovė turi teisę prašyti tiekėjo pateikti paaiškinimus ar patikslinimus dėl pasiūlyme pateiktos informacijos.</w:t>
      </w:r>
    </w:p>
    <w:p w14:paraId="7BF84E34" w14:textId="77777777" w:rsidR="00201760" w:rsidRPr="00236686" w:rsidRDefault="00000000" w:rsidP="005B30DC">
      <w:pPr>
        <w:jc w:val="both"/>
        <w:rPr>
          <w:lang w:val="pt-BR"/>
        </w:rPr>
      </w:pPr>
      <w:r w:rsidRPr="00236686">
        <w:rPr>
          <w:lang w:val="pt-BR"/>
        </w:rPr>
        <w:t>5.5. Mažiausia marža savaime nelaikoma mažiausia kaina, jeigu tiekėjo pasiūlyme numatyti papildomi mokesčiai, įsipareigojimai ar kitos sąlygos lemia didesnę bendrą finansavimo kainą arba pasiūlymas neatitinka pirkimo dokumentų reikalavimų.</w:t>
      </w:r>
    </w:p>
    <w:p w14:paraId="7FDD218A" w14:textId="77777777" w:rsidR="00201760" w:rsidRPr="00236686" w:rsidRDefault="00000000" w:rsidP="005B30DC">
      <w:pPr>
        <w:pStyle w:val="Heading1"/>
        <w:jc w:val="both"/>
        <w:rPr>
          <w:lang w:val="pt-BR"/>
        </w:rPr>
      </w:pPr>
      <w:r w:rsidRPr="00236686">
        <w:rPr>
          <w:lang w:val="pt-BR"/>
        </w:rPr>
        <w:t>6. Derybos</w:t>
      </w:r>
    </w:p>
    <w:p w14:paraId="615CA6B0" w14:textId="77777777" w:rsidR="00201760" w:rsidRPr="00236686" w:rsidRDefault="00000000" w:rsidP="005B30DC">
      <w:pPr>
        <w:jc w:val="both"/>
        <w:rPr>
          <w:lang w:val="pt-BR"/>
        </w:rPr>
      </w:pPr>
      <w:r w:rsidRPr="00236686">
        <w:rPr>
          <w:lang w:val="pt-BR"/>
        </w:rPr>
        <w:t>6.1. Bendrovė turi teisę vykdyti derybas su vienu arba keliais tiekėjais.</w:t>
      </w:r>
    </w:p>
    <w:p w14:paraId="3A739C02" w14:textId="77777777" w:rsidR="00201760" w:rsidRPr="00236686" w:rsidRDefault="00000000" w:rsidP="005B30DC">
      <w:pPr>
        <w:jc w:val="both"/>
        <w:rPr>
          <w:lang w:val="pt-BR"/>
        </w:rPr>
      </w:pPr>
      <w:r w:rsidRPr="00236686">
        <w:rPr>
          <w:lang w:val="pt-BR"/>
        </w:rPr>
        <w:t>6.2. Derybų metu gali būti derinamos finansavimo sąlygos, marža, mokesčiai, užtikrinimo priemonės / užstatas, kredito / finansavimo sutarties sąlygos, finansinės ir nefinansinės sąlygos bei kiti pasiūlymo aspektai.</w:t>
      </w:r>
    </w:p>
    <w:p w14:paraId="0034CC0D" w14:textId="77777777" w:rsidR="00201760" w:rsidRPr="00236686" w:rsidRDefault="00000000" w:rsidP="005B30DC">
      <w:pPr>
        <w:jc w:val="both"/>
        <w:rPr>
          <w:lang w:val="pt-BR"/>
        </w:rPr>
      </w:pPr>
      <w:r w:rsidRPr="00236686">
        <w:rPr>
          <w:lang w:val="pt-BR"/>
        </w:rPr>
        <w:t>6.3. Derybų rezultatai fiksuojami pirkimo dokumentuose.</w:t>
      </w:r>
    </w:p>
    <w:p w14:paraId="0484C19A" w14:textId="77777777" w:rsidR="00201760" w:rsidRPr="00236686" w:rsidRDefault="00000000" w:rsidP="005B30DC">
      <w:pPr>
        <w:jc w:val="both"/>
        <w:rPr>
          <w:lang w:val="pt-BR"/>
        </w:rPr>
      </w:pPr>
      <w:r w:rsidRPr="00236686">
        <w:rPr>
          <w:lang w:val="pt-BR"/>
        </w:rPr>
        <w:t>6.4. Po derybų tiekėjų gali būti prašoma pateikti galutinius pasiūlymus.</w:t>
      </w:r>
    </w:p>
    <w:p w14:paraId="7403F13B" w14:textId="77777777" w:rsidR="00201760" w:rsidRPr="00236686" w:rsidRDefault="00000000" w:rsidP="005B30DC">
      <w:pPr>
        <w:pStyle w:val="Heading1"/>
        <w:jc w:val="both"/>
        <w:rPr>
          <w:lang w:val="pt-BR"/>
        </w:rPr>
      </w:pPr>
      <w:r w:rsidRPr="00236686">
        <w:rPr>
          <w:lang w:val="pt-BR"/>
        </w:rPr>
        <w:t>7. Konfidencialumas</w:t>
      </w:r>
    </w:p>
    <w:p w14:paraId="564A6D2A" w14:textId="77777777" w:rsidR="00201760" w:rsidRPr="00236686" w:rsidRDefault="00000000" w:rsidP="005B30DC">
      <w:pPr>
        <w:jc w:val="both"/>
        <w:rPr>
          <w:lang w:val="pt-BR"/>
        </w:rPr>
      </w:pPr>
      <w:r w:rsidRPr="00236686">
        <w:rPr>
          <w:lang w:val="pt-BR"/>
        </w:rPr>
        <w:t>7.1. Tiekėjas privalo aiškiai nurodyti informaciją, kurią laiko konfidencialia, ir pagrįsti jos konfidencialumą.</w:t>
      </w:r>
    </w:p>
    <w:p w14:paraId="004ABA34" w14:textId="77777777" w:rsidR="00201760" w:rsidRPr="00236686" w:rsidRDefault="00000000" w:rsidP="005B30DC">
      <w:pPr>
        <w:jc w:val="both"/>
        <w:rPr>
          <w:lang w:val="pt-BR"/>
        </w:rPr>
      </w:pPr>
      <w:r w:rsidRPr="00236686">
        <w:rPr>
          <w:lang w:val="pt-BR"/>
        </w:rPr>
        <w:t>7.2. Visa pasiūlymo informacija negali būti laikoma konfidencialia vien dėl bendro tiekėjo pareiškimo.</w:t>
      </w:r>
    </w:p>
    <w:p w14:paraId="4DD61D7A" w14:textId="77777777" w:rsidR="00201760" w:rsidRPr="00236686" w:rsidRDefault="00000000" w:rsidP="005B30DC">
      <w:pPr>
        <w:jc w:val="both"/>
        <w:rPr>
          <w:lang w:val="pt-BR"/>
        </w:rPr>
      </w:pPr>
      <w:r w:rsidRPr="00236686">
        <w:rPr>
          <w:lang w:val="pt-BR"/>
        </w:rPr>
        <w:t>7.3. Tiekėjas įsipareigoja neatskleisti pirkimo metu gautos konfidencialios Bendrovės informacijos tretiesiems asmenims, išskyrus teisės aktuose numatytus atvejus.</w:t>
      </w:r>
    </w:p>
    <w:p w14:paraId="2A35C131" w14:textId="77777777" w:rsidR="00201760" w:rsidRPr="00236686" w:rsidRDefault="00000000" w:rsidP="005B30DC">
      <w:pPr>
        <w:pStyle w:val="Heading1"/>
        <w:jc w:val="both"/>
        <w:rPr>
          <w:lang w:val="pt-BR"/>
        </w:rPr>
      </w:pPr>
      <w:r w:rsidRPr="00236686">
        <w:rPr>
          <w:lang w:val="pt-BR"/>
        </w:rPr>
        <w:t>8. Pirkimo nutraukimas</w:t>
      </w:r>
    </w:p>
    <w:p w14:paraId="6B413DEE" w14:textId="77777777" w:rsidR="00201760" w:rsidRPr="00236686" w:rsidRDefault="00000000" w:rsidP="005B30DC">
      <w:pPr>
        <w:jc w:val="both"/>
        <w:rPr>
          <w:lang w:val="pt-BR"/>
        </w:rPr>
      </w:pPr>
      <w:r w:rsidRPr="00236686">
        <w:rPr>
          <w:lang w:val="pt-BR"/>
        </w:rPr>
        <w:t>8.1. Bendrovė turi teisę bet kuriuo metu nutraukti pirkimo procedūras, jeigu:</w:t>
      </w:r>
    </w:p>
    <w:p w14:paraId="40F1B817" w14:textId="77777777" w:rsidR="00201760" w:rsidRPr="00236686" w:rsidRDefault="00000000" w:rsidP="005B30DC">
      <w:pPr>
        <w:pStyle w:val="ListBullet"/>
        <w:ind w:left="369"/>
        <w:jc w:val="both"/>
        <w:rPr>
          <w:lang w:val="pt-BR"/>
        </w:rPr>
      </w:pPr>
      <w:r w:rsidRPr="00236686">
        <w:rPr>
          <w:lang w:val="pt-BR"/>
        </w:rPr>
        <w:t>išnyko arba pasikeitė poreikis gauti kreditą;</w:t>
      </w:r>
    </w:p>
    <w:p w14:paraId="14302219" w14:textId="77777777" w:rsidR="00201760" w:rsidRPr="00236686" w:rsidRDefault="00000000" w:rsidP="005B30DC">
      <w:pPr>
        <w:pStyle w:val="ListBullet"/>
        <w:ind w:left="369"/>
        <w:jc w:val="both"/>
        <w:rPr>
          <w:lang w:val="pt-BR"/>
        </w:rPr>
      </w:pPr>
      <w:r w:rsidRPr="00236686">
        <w:rPr>
          <w:lang w:val="pt-BR"/>
        </w:rPr>
        <w:t>pasikeitė finansavimo apimtis, investicijų planas ar finansavimo šaltiniai;</w:t>
      </w:r>
    </w:p>
    <w:p w14:paraId="1598E776" w14:textId="77777777" w:rsidR="00201760" w:rsidRDefault="00000000" w:rsidP="005B30DC">
      <w:pPr>
        <w:pStyle w:val="ListBullet"/>
        <w:ind w:left="369"/>
        <w:jc w:val="both"/>
      </w:pPr>
      <w:proofErr w:type="spellStart"/>
      <w:r>
        <w:t>nustatyti</w:t>
      </w:r>
      <w:proofErr w:type="spellEnd"/>
      <w:r>
        <w:t xml:space="preserve"> </w:t>
      </w:r>
      <w:proofErr w:type="spellStart"/>
      <w:r>
        <w:t>pirkimo</w:t>
      </w:r>
      <w:proofErr w:type="spellEnd"/>
      <w:r>
        <w:t xml:space="preserve"> </w:t>
      </w:r>
      <w:proofErr w:type="spellStart"/>
      <w:r>
        <w:t>dokumentų</w:t>
      </w:r>
      <w:proofErr w:type="spellEnd"/>
      <w:r>
        <w:t xml:space="preserve"> </w:t>
      </w:r>
      <w:proofErr w:type="spellStart"/>
      <w:r>
        <w:t>trūkumai</w:t>
      </w:r>
      <w:proofErr w:type="spellEnd"/>
      <w:r>
        <w:t>;</w:t>
      </w:r>
    </w:p>
    <w:p w14:paraId="25F44D32" w14:textId="77777777" w:rsidR="00201760" w:rsidRDefault="00000000" w:rsidP="005B30DC">
      <w:pPr>
        <w:pStyle w:val="ListBullet"/>
        <w:ind w:left="369"/>
        <w:jc w:val="both"/>
      </w:pPr>
      <w:proofErr w:type="spellStart"/>
      <w:r>
        <w:t>visi</w:t>
      </w:r>
      <w:proofErr w:type="spellEnd"/>
      <w:r>
        <w:t xml:space="preserve"> </w:t>
      </w:r>
      <w:proofErr w:type="spellStart"/>
      <w:r>
        <w:t>pasiūlymai</w:t>
      </w:r>
      <w:proofErr w:type="spellEnd"/>
      <w:r>
        <w:t xml:space="preserve"> </w:t>
      </w:r>
      <w:proofErr w:type="spellStart"/>
      <w:r>
        <w:t>neatitinka</w:t>
      </w:r>
      <w:proofErr w:type="spellEnd"/>
      <w:r>
        <w:t xml:space="preserve"> </w:t>
      </w:r>
      <w:proofErr w:type="spellStart"/>
      <w:r>
        <w:t>pirkimo</w:t>
      </w:r>
      <w:proofErr w:type="spellEnd"/>
      <w:r>
        <w:t xml:space="preserve"> </w:t>
      </w:r>
      <w:proofErr w:type="spellStart"/>
      <w:r>
        <w:t>dokumentų</w:t>
      </w:r>
      <w:proofErr w:type="spellEnd"/>
      <w:r>
        <w:t xml:space="preserve"> </w:t>
      </w:r>
      <w:proofErr w:type="spellStart"/>
      <w:r>
        <w:t>reikalavimų</w:t>
      </w:r>
      <w:proofErr w:type="spellEnd"/>
      <w:r>
        <w:t xml:space="preserve"> </w:t>
      </w:r>
      <w:proofErr w:type="spellStart"/>
      <w:r>
        <w:t>arba</w:t>
      </w:r>
      <w:proofErr w:type="spellEnd"/>
      <w:r>
        <w:t xml:space="preserve"> </w:t>
      </w:r>
      <w:proofErr w:type="spellStart"/>
      <w:r>
        <w:t>Bendrovės</w:t>
      </w:r>
      <w:proofErr w:type="spellEnd"/>
      <w:r>
        <w:t xml:space="preserve"> </w:t>
      </w:r>
      <w:proofErr w:type="spellStart"/>
      <w:r>
        <w:t>poreikio</w:t>
      </w:r>
      <w:proofErr w:type="spellEnd"/>
      <w:r>
        <w:t>;</w:t>
      </w:r>
    </w:p>
    <w:p w14:paraId="28423AE7" w14:textId="77777777" w:rsidR="00201760" w:rsidRPr="00236686" w:rsidRDefault="00000000" w:rsidP="005B30DC">
      <w:pPr>
        <w:pStyle w:val="ListBullet"/>
        <w:ind w:left="369"/>
        <w:jc w:val="both"/>
        <w:rPr>
          <w:lang w:val="pt-BR"/>
        </w:rPr>
      </w:pPr>
      <w:r w:rsidRPr="00236686">
        <w:rPr>
          <w:lang w:val="pt-BR"/>
        </w:rPr>
        <w:t>gautos sąlygos yra ekonomiškai nepriimtinos arba kelia Bendrovei neproporcingą finansinę ar teisinę riziką;</w:t>
      </w:r>
    </w:p>
    <w:p w14:paraId="0FDA6B31" w14:textId="77777777" w:rsidR="00201760" w:rsidRPr="00236686" w:rsidRDefault="00000000" w:rsidP="005B30DC">
      <w:pPr>
        <w:pStyle w:val="ListBullet"/>
        <w:ind w:left="369"/>
        <w:jc w:val="both"/>
        <w:rPr>
          <w:lang w:val="pt-BR"/>
        </w:rPr>
      </w:pPr>
      <w:r w:rsidRPr="00236686">
        <w:rPr>
          <w:lang w:val="pt-BR"/>
        </w:rPr>
        <w:t>atsiranda kitos objektyvios aplinkybės, dėl kurių pirkimo tęsti netikslinga.</w:t>
      </w:r>
    </w:p>
    <w:p w14:paraId="494EDDEA" w14:textId="77777777" w:rsidR="00201760" w:rsidRPr="00236686" w:rsidRDefault="00000000" w:rsidP="005B30DC">
      <w:pPr>
        <w:pStyle w:val="Heading1"/>
        <w:jc w:val="both"/>
        <w:rPr>
          <w:lang w:val="pt-BR"/>
        </w:rPr>
      </w:pPr>
      <w:r w:rsidRPr="00236686">
        <w:rPr>
          <w:lang w:val="pt-BR"/>
        </w:rPr>
        <w:lastRenderedPageBreak/>
        <w:t>9. Sutarties sudarymas</w:t>
      </w:r>
    </w:p>
    <w:p w14:paraId="71A42CCD" w14:textId="77777777" w:rsidR="00201760" w:rsidRPr="00236686" w:rsidRDefault="00000000" w:rsidP="005B30DC">
      <w:pPr>
        <w:jc w:val="both"/>
        <w:rPr>
          <w:lang w:val="pt-BR"/>
        </w:rPr>
      </w:pPr>
      <w:r w:rsidRPr="00236686">
        <w:rPr>
          <w:lang w:val="pt-BR"/>
        </w:rPr>
        <w:t>9.1. Laimėtoju pripažįstamas tiekėjas, kurio pasiūlymas atitinka pirkimo dokumentuose nustatytus reikalavimus ir kuriame pasiūlyta mažiausia palyginamoji bendra finansavimo kaina, jeigu siūlomos kredito / finansavimo sutarties sąlygos Bendrovei yra priimtinos.</w:t>
      </w:r>
    </w:p>
    <w:p w14:paraId="4257A9A9" w14:textId="3363C733" w:rsidR="00201760" w:rsidRPr="00236686" w:rsidRDefault="00000000" w:rsidP="005B30DC">
      <w:pPr>
        <w:jc w:val="both"/>
        <w:rPr>
          <w:lang w:val="pt-BR"/>
        </w:rPr>
      </w:pPr>
      <w:r w:rsidRPr="00236686">
        <w:rPr>
          <w:lang w:val="pt-BR"/>
        </w:rPr>
        <w:t xml:space="preserve">9.2. Su laimėtoju </w:t>
      </w:r>
      <w:r w:rsidR="00813E4B" w:rsidRPr="00236686">
        <w:rPr>
          <w:lang w:val="pt-BR"/>
        </w:rPr>
        <w:t>ra</w:t>
      </w:r>
      <w:r w:rsidR="00813E4B">
        <w:rPr>
          <w:lang w:val="lt-LT"/>
        </w:rPr>
        <w:t xml:space="preserve">štu </w:t>
      </w:r>
      <w:r w:rsidRPr="00236686">
        <w:rPr>
          <w:lang w:val="pt-BR"/>
        </w:rPr>
        <w:t>sudaroma kredito / finansavimo sutartis.</w:t>
      </w:r>
    </w:p>
    <w:p w14:paraId="38149588" w14:textId="77777777" w:rsidR="00201760" w:rsidRPr="00236686" w:rsidRDefault="00000000" w:rsidP="005B30DC">
      <w:pPr>
        <w:jc w:val="both"/>
        <w:rPr>
          <w:lang w:val="pt-BR"/>
        </w:rPr>
      </w:pPr>
      <w:r w:rsidRPr="00236686">
        <w:rPr>
          <w:lang w:val="pt-BR"/>
        </w:rPr>
        <w:t>9.3. Kredito / finansavimo sutarties projektą rengia arba tiekėjo pateikto sutarties projekto tinkamumą vertina Bendrovės Teisės skyrius Bendrovėje nustatyta tvarka.</w:t>
      </w:r>
    </w:p>
    <w:p w14:paraId="08B953C8" w14:textId="77777777" w:rsidR="00201760" w:rsidRPr="00236686" w:rsidRDefault="00000000" w:rsidP="005B30DC">
      <w:pPr>
        <w:jc w:val="both"/>
        <w:rPr>
          <w:lang w:val="pt-BR"/>
        </w:rPr>
      </w:pPr>
      <w:r w:rsidRPr="00236686">
        <w:rPr>
          <w:lang w:val="pt-BR"/>
        </w:rPr>
        <w:t>9.4. Prieš sudarant sutartį atliekami Bendrovės vidaus teisės aktuose numatyti interesų konflikto, sankcijų ir kiti privalomi patikrinimai.</w:t>
      </w:r>
    </w:p>
    <w:p w14:paraId="48CFDD2C" w14:textId="77777777" w:rsidR="00201760" w:rsidRPr="00236686" w:rsidRDefault="00000000" w:rsidP="005B30DC">
      <w:pPr>
        <w:pStyle w:val="Heading1"/>
        <w:jc w:val="both"/>
        <w:rPr>
          <w:lang w:val="pt-BR"/>
        </w:rPr>
      </w:pPr>
      <w:r w:rsidRPr="00236686">
        <w:rPr>
          <w:lang w:val="pt-BR"/>
        </w:rPr>
        <w:t>10. Tiekėjo deklaracija</w:t>
      </w:r>
    </w:p>
    <w:p w14:paraId="6964BFB1" w14:textId="77777777" w:rsidR="00201760" w:rsidRPr="00236686" w:rsidRDefault="00000000" w:rsidP="005B30DC">
      <w:pPr>
        <w:jc w:val="both"/>
        <w:rPr>
          <w:lang w:val="pt-BR"/>
        </w:rPr>
      </w:pPr>
      <w:r w:rsidRPr="00236686">
        <w:rPr>
          <w:lang w:val="pt-BR"/>
        </w:rPr>
        <w:t>10.1. Tiekėjas, pateikdamas pasiūlymą, patvirtina, kad:</w:t>
      </w:r>
    </w:p>
    <w:p w14:paraId="591AD9EB" w14:textId="77777777" w:rsidR="00201760" w:rsidRPr="00236686" w:rsidRDefault="00000000" w:rsidP="005B30DC">
      <w:pPr>
        <w:pStyle w:val="ListBullet"/>
        <w:ind w:left="369"/>
        <w:jc w:val="both"/>
        <w:rPr>
          <w:lang w:val="pt-BR"/>
        </w:rPr>
      </w:pPr>
      <w:r w:rsidRPr="00236686">
        <w:rPr>
          <w:lang w:val="pt-BR"/>
        </w:rPr>
        <w:t>turi teisę teikti siūlomas finansavimo paslaugas;</w:t>
      </w:r>
    </w:p>
    <w:p w14:paraId="7626E66F" w14:textId="77777777" w:rsidR="00201760" w:rsidRPr="00236686" w:rsidRDefault="00000000" w:rsidP="005B30DC">
      <w:pPr>
        <w:pStyle w:val="ListBullet"/>
        <w:ind w:left="369"/>
        <w:jc w:val="both"/>
        <w:rPr>
          <w:lang w:val="pt-BR"/>
        </w:rPr>
      </w:pPr>
      <w:r w:rsidRPr="00236686">
        <w:rPr>
          <w:lang w:val="pt-BR"/>
        </w:rPr>
        <w:t>nėra likviduojamas ar bankrutuojantis subjektas, išskyrus atvejus, kai pagal taikytinus teisės aktus tokia būsena netrukdo sutarties sudarymui ar vykdymui;</w:t>
      </w:r>
    </w:p>
    <w:p w14:paraId="4D6316E7" w14:textId="77777777" w:rsidR="00201760" w:rsidRPr="00236686" w:rsidRDefault="00000000" w:rsidP="005B30DC">
      <w:pPr>
        <w:pStyle w:val="ListBullet"/>
        <w:ind w:left="369"/>
        <w:jc w:val="both"/>
        <w:rPr>
          <w:lang w:val="pt-BR"/>
        </w:rPr>
      </w:pPr>
      <w:r w:rsidRPr="00236686">
        <w:rPr>
          <w:lang w:val="pt-BR"/>
        </w:rPr>
        <w:t>neturi interesų konflikto, galinčio turėti įtakos šiam pirkimui ar sutarties vykdymui;</w:t>
      </w:r>
    </w:p>
    <w:p w14:paraId="6D726904" w14:textId="77777777" w:rsidR="00201760" w:rsidRPr="00236686" w:rsidRDefault="00000000" w:rsidP="005B30DC">
      <w:pPr>
        <w:pStyle w:val="ListBullet"/>
        <w:ind w:left="369"/>
        <w:jc w:val="both"/>
        <w:rPr>
          <w:lang w:val="pt-BR"/>
        </w:rPr>
      </w:pPr>
      <w:r w:rsidRPr="00236686">
        <w:rPr>
          <w:lang w:val="pt-BR"/>
        </w:rPr>
        <w:t>jam, jo naudos gavėjams ir, kiek taikoma, kontroliuojantiems asmenims netaikomos tarptautinės, Europos Sąjungos ar Lietuvos Respublikos sankcijos, dėl kurių sutarties sudarymas ar vykdymas būtų negalimas ar ribojamas;</w:t>
      </w:r>
    </w:p>
    <w:p w14:paraId="5933BB22" w14:textId="77777777" w:rsidR="00201760" w:rsidRPr="00236686" w:rsidRDefault="00000000" w:rsidP="005B30DC">
      <w:pPr>
        <w:pStyle w:val="ListBullet"/>
        <w:ind w:left="369"/>
        <w:jc w:val="both"/>
        <w:rPr>
          <w:lang w:val="pt-BR"/>
        </w:rPr>
      </w:pPr>
      <w:r w:rsidRPr="00236686">
        <w:rPr>
          <w:lang w:val="pt-BR"/>
        </w:rPr>
        <w:t>pasiūlyme pateikta informacija yra teisinga, tiksli ir išsami.</w:t>
      </w:r>
    </w:p>
    <w:p w14:paraId="309EEAC8" w14:textId="77777777" w:rsidR="00201760" w:rsidRPr="00236686" w:rsidRDefault="00000000" w:rsidP="005B30DC">
      <w:pPr>
        <w:pStyle w:val="Heading1"/>
        <w:jc w:val="both"/>
        <w:rPr>
          <w:lang w:val="pt-BR"/>
        </w:rPr>
      </w:pPr>
      <w:r w:rsidRPr="00236686">
        <w:rPr>
          <w:lang w:val="pt-BR"/>
        </w:rPr>
        <w:t>1 PRIEDAS. TECHNINĖ SPECIFIKACIJA</w:t>
      </w:r>
    </w:p>
    <w:p w14:paraId="5BA1D5EB" w14:textId="77777777" w:rsidR="00201760" w:rsidRPr="00236686" w:rsidRDefault="00000000" w:rsidP="005B30DC">
      <w:pPr>
        <w:jc w:val="both"/>
        <w:rPr>
          <w:lang w:val="pt-BR"/>
        </w:rPr>
      </w:pPr>
      <w:r w:rsidRPr="00236686">
        <w:rPr>
          <w:lang w:val="pt-BR"/>
        </w:rPr>
        <w:t>Pirkimo objektas: iki 25 000 000 Eur investicinis kreditas AB „Kelių priežiūra“ investicijoms finansuoti ir / ar refinansuoti iki 1 metų.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55"/>
        <w:gridCol w:w="2767"/>
        <w:gridCol w:w="5024"/>
      </w:tblGrid>
      <w:tr w:rsidR="00201760" w14:paraId="4141DF78" w14:textId="77777777">
        <w:trPr>
          <w:tblHeader/>
          <w:jc w:val="center"/>
        </w:trPr>
        <w:tc>
          <w:tcPr>
            <w:tcW w:w="3419" w:type="dxa"/>
            <w:shd w:val="clear" w:color="auto" w:fill="1F4E79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6A987B59" w14:textId="77777777" w:rsidR="00201760" w:rsidRDefault="00000000">
            <w:pPr>
              <w:jc w:val="center"/>
            </w:pPr>
            <w:r>
              <w:rPr>
                <w:b/>
                <w:color w:val="FFFFFF"/>
                <w:sz w:val="18"/>
              </w:rPr>
              <w:t>Nr.</w:t>
            </w:r>
          </w:p>
        </w:tc>
        <w:tc>
          <w:tcPr>
            <w:tcW w:w="3419" w:type="dxa"/>
            <w:shd w:val="clear" w:color="auto" w:fill="1F4E79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76C10382" w14:textId="77777777" w:rsidR="00201760" w:rsidRDefault="00000000">
            <w:pPr>
              <w:jc w:val="center"/>
            </w:pPr>
            <w:proofErr w:type="spellStart"/>
            <w:r>
              <w:rPr>
                <w:b/>
                <w:color w:val="FFFFFF"/>
                <w:sz w:val="18"/>
              </w:rPr>
              <w:t>Sąlyga</w:t>
            </w:r>
            <w:proofErr w:type="spellEnd"/>
          </w:p>
        </w:tc>
        <w:tc>
          <w:tcPr>
            <w:tcW w:w="3419" w:type="dxa"/>
            <w:shd w:val="clear" w:color="auto" w:fill="1F4E79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65B08DEE" w14:textId="77777777" w:rsidR="00201760" w:rsidRDefault="00000000">
            <w:pPr>
              <w:jc w:val="center"/>
            </w:pPr>
            <w:proofErr w:type="spellStart"/>
            <w:r>
              <w:rPr>
                <w:b/>
                <w:color w:val="FFFFFF"/>
                <w:sz w:val="18"/>
              </w:rPr>
              <w:t>Aprašymas</w:t>
            </w:r>
            <w:proofErr w:type="spellEnd"/>
            <w:r>
              <w:rPr>
                <w:b/>
                <w:color w:val="FFFFFF"/>
                <w:sz w:val="18"/>
              </w:rPr>
              <w:t xml:space="preserve"> / </w:t>
            </w:r>
            <w:proofErr w:type="spellStart"/>
            <w:r>
              <w:rPr>
                <w:b/>
                <w:color w:val="FFFFFF"/>
                <w:sz w:val="18"/>
              </w:rPr>
              <w:t>reikalavimas</w:t>
            </w:r>
            <w:proofErr w:type="spellEnd"/>
          </w:p>
        </w:tc>
      </w:tr>
      <w:tr w:rsidR="00201760" w14:paraId="30C975D3" w14:textId="77777777">
        <w:trPr>
          <w:jc w:val="center"/>
        </w:trPr>
        <w:tc>
          <w:tcPr>
            <w:tcW w:w="56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1726C9AD" w14:textId="77777777" w:rsidR="00201760" w:rsidRDefault="00000000">
            <w:pPr>
              <w:spacing w:after="40"/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2721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4613A579" w14:textId="77777777" w:rsidR="00201760" w:rsidRDefault="00000000">
            <w:pPr>
              <w:spacing w:after="40"/>
            </w:pPr>
            <w:proofErr w:type="spellStart"/>
            <w:r>
              <w:rPr>
                <w:b/>
                <w:sz w:val="16"/>
              </w:rPr>
              <w:t>Kredito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gavėjas</w:t>
            </w:r>
            <w:proofErr w:type="spellEnd"/>
          </w:p>
        </w:tc>
        <w:tc>
          <w:tcPr>
            <w:tcW w:w="640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7ABFF290" w14:textId="77777777" w:rsidR="00201760" w:rsidRDefault="00000000">
            <w:pPr>
              <w:spacing w:after="40"/>
            </w:pPr>
            <w:r>
              <w:rPr>
                <w:sz w:val="16"/>
              </w:rPr>
              <w:t xml:space="preserve">AB „Kelių </w:t>
            </w:r>
            <w:proofErr w:type="gramStart"/>
            <w:r>
              <w:rPr>
                <w:sz w:val="16"/>
              </w:rPr>
              <w:t>priežiūra“</w:t>
            </w:r>
            <w:proofErr w:type="gramEnd"/>
            <w:r>
              <w:rPr>
                <w:sz w:val="16"/>
              </w:rPr>
              <w:t>.</w:t>
            </w:r>
          </w:p>
        </w:tc>
      </w:tr>
      <w:tr w:rsidR="00201760" w14:paraId="7BA66DDC" w14:textId="77777777">
        <w:trPr>
          <w:jc w:val="center"/>
        </w:trPr>
        <w:tc>
          <w:tcPr>
            <w:tcW w:w="56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3BB9EEB4" w14:textId="77777777" w:rsidR="00201760" w:rsidRDefault="00000000">
            <w:pPr>
              <w:spacing w:after="40"/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2721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67073B11" w14:textId="77777777" w:rsidR="00201760" w:rsidRDefault="00000000">
            <w:pPr>
              <w:spacing w:after="40"/>
            </w:pPr>
            <w:proofErr w:type="spellStart"/>
            <w:r>
              <w:rPr>
                <w:b/>
                <w:sz w:val="16"/>
              </w:rPr>
              <w:t>Kredito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rūšis</w:t>
            </w:r>
            <w:proofErr w:type="spellEnd"/>
          </w:p>
        </w:tc>
        <w:tc>
          <w:tcPr>
            <w:tcW w:w="640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1B71E68D" w14:textId="77777777" w:rsidR="00201760" w:rsidRDefault="00000000">
            <w:pPr>
              <w:spacing w:after="40"/>
            </w:pPr>
            <w:proofErr w:type="spellStart"/>
            <w:r>
              <w:rPr>
                <w:sz w:val="16"/>
              </w:rPr>
              <w:t>Ilgalaikis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kreditas</w:t>
            </w:r>
            <w:proofErr w:type="spellEnd"/>
            <w:r>
              <w:rPr>
                <w:sz w:val="16"/>
              </w:rPr>
              <w:t>.</w:t>
            </w:r>
          </w:p>
        </w:tc>
      </w:tr>
      <w:tr w:rsidR="00201760" w14:paraId="46A4ABB5" w14:textId="77777777">
        <w:trPr>
          <w:jc w:val="center"/>
        </w:trPr>
        <w:tc>
          <w:tcPr>
            <w:tcW w:w="56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3AD18B6E" w14:textId="77777777" w:rsidR="00201760" w:rsidRDefault="00000000">
            <w:pPr>
              <w:spacing w:after="40"/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2721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13DED434" w14:textId="77777777" w:rsidR="00201760" w:rsidRDefault="00000000">
            <w:pPr>
              <w:spacing w:after="40"/>
            </w:pPr>
            <w:proofErr w:type="spellStart"/>
            <w:r>
              <w:rPr>
                <w:b/>
                <w:sz w:val="16"/>
              </w:rPr>
              <w:t>Kredito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suma</w:t>
            </w:r>
            <w:proofErr w:type="spellEnd"/>
            <w:r>
              <w:rPr>
                <w:b/>
                <w:sz w:val="16"/>
              </w:rPr>
              <w:t xml:space="preserve">, </w:t>
            </w:r>
            <w:proofErr w:type="spellStart"/>
            <w:r>
              <w:rPr>
                <w:b/>
                <w:sz w:val="16"/>
              </w:rPr>
              <w:t>valiuta</w:t>
            </w:r>
            <w:proofErr w:type="spellEnd"/>
          </w:p>
        </w:tc>
        <w:tc>
          <w:tcPr>
            <w:tcW w:w="640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667F8F2D" w14:textId="77777777" w:rsidR="00201760" w:rsidRDefault="00000000">
            <w:pPr>
              <w:spacing w:after="40"/>
            </w:pPr>
            <w:r>
              <w:rPr>
                <w:sz w:val="16"/>
              </w:rPr>
              <w:t>Iki 25 000 000 Eur.</w:t>
            </w:r>
          </w:p>
        </w:tc>
      </w:tr>
      <w:tr w:rsidR="00201760" w:rsidRPr="00236686" w14:paraId="3B575F08" w14:textId="77777777">
        <w:trPr>
          <w:jc w:val="center"/>
        </w:trPr>
        <w:tc>
          <w:tcPr>
            <w:tcW w:w="56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365C09FC" w14:textId="77777777" w:rsidR="00201760" w:rsidRDefault="00000000">
            <w:pPr>
              <w:spacing w:after="40"/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2721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03F7CA1D" w14:textId="77777777" w:rsidR="00201760" w:rsidRDefault="00000000">
            <w:pPr>
              <w:spacing w:after="40"/>
            </w:pPr>
            <w:proofErr w:type="spellStart"/>
            <w:r>
              <w:rPr>
                <w:b/>
                <w:sz w:val="16"/>
              </w:rPr>
              <w:t>Kredito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paskirtis</w:t>
            </w:r>
            <w:proofErr w:type="spellEnd"/>
          </w:p>
        </w:tc>
        <w:tc>
          <w:tcPr>
            <w:tcW w:w="640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54116B8A" w14:textId="77777777" w:rsidR="00201760" w:rsidRPr="00236686" w:rsidRDefault="00000000">
            <w:pPr>
              <w:spacing w:after="40"/>
              <w:rPr>
                <w:lang w:val="pt-BR"/>
              </w:rPr>
            </w:pPr>
            <w:r w:rsidRPr="00236686">
              <w:rPr>
                <w:sz w:val="16"/>
                <w:lang w:val="pt-BR"/>
              </w:rPr>
              <w:t>Investicijoms finansuoti / refinansuoti iki 1 metų. Investicijos į techniką, pastatus, statinius ir kitą ilgalaikį turtą, tiek naują, tiek naudotą. Finansuojamas tiek po kredito / finansavimo sutarties pasirašymo įsigyjamas turtas, tiek turtas, įsigytas per praėjusius 12 mėnesių iki sutarties pasirašymo.</w:t>
            </w:r>
          </w:p>
        </w:tc>
      </w:tr>
      <w:tr w:rsidR="00201760" w14:paraId="32246205" w14:textId="77777777">
        <w:trPr>
          <w:jc w:val="center"/>
        </w:trPr>
        <w:tc>
          <w:tcPr>
            <w:tcW w:w="56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21E57DD7" w14:textId="77777777" w:rsidR="00201760" w:rsidRDefault="00000000">
            <w:pPr>
              <w:spacing w:after="40"/>
              <w:jc w:val="center"/>
            </w:pPr>
            <w:r>
              <w:rPr>
                <w:sz w:val="16"/>
              </w:rPr>
              <w:t>5</w:t>
            </w:r>
          </w:p>
        </w:tc>
        <w:tc>
          <w:tcPr>
            <w:tcW w:w="2721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7C1962F7" w14:textId="77777777" w:rsidR="00201760" w:rsidRDefault="00000000">
            <w:pPr>
              <w:spacing w:after="40"/>
            </w:pPr>
            <w:proofErr w:type="spellStart"/>
            <w:r>
              <w:rPr>
                <w:b/>
                <w:sz w:val="16"/>
              </w:rPr>
              <w:t>Finansavimo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dalis</w:t>
            </w:r>
            <w:proofErr w:type="spellEnd"/>
          </w:p>
        </w:tc>
        <w:tc>
          <w:tcPr>
            <w:tcW w:w="640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74F690F8" w14:textId="2E34B4B7" w:rsidR="00201760" w:rsidRDefault="00000000">
            <w:pPr>
              <w:spacing w:after="40"/>
            </w:pPr>
            <w:r w:rsidRPr="00236686">
              <w:rPr>
                <w:sz w:val="16"/>
                <w:lang w:val="pt-BR"/>
              </w:rPr>
              <w:t xml:space="preserve">Finansuojama 100 proc. ilgalaikio turto kainos. </w:t>
            </w:r>
            <w:proofErr w:type="spellStart"/>
            <w:r>
              <w:rPr>
                <w:sz w:val="16"/>
              </w:rPr>
              <w:t>Pradinis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įnašas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nenumatomas</w:t>
            </w:r>
            <w:proofErr w:type="spellEnd"/>
            <w:r>
              <w:rPr>
                <w:sz w:val="16"/>
              </w:rPr>
              <w:t>.</w:t>
            </w:r>
          </w:p>
        </w:tc>
      </w:tr>
      <w:tr w:rsidR="00201760" w14:paraId="6C8C7764" w14:textId="77777777">
        <w:trPr>
          <w:jc w:val="center"/>
        </w:trPr>
        <w:tc>
          <w:tcPr>
            <w:tcW w:w="56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38D13142" w14:textId="77777777" w:rsidR="00201760" w:rsidRDefault="00000000">
            <w:pPr>
              <w:spacing w:after="40"/>
              <w:jc w:val="center"/>
            </w:pPr>
            <w:r>
              <w:rPr>
                <w:sz w:val="16"/>
              </w:rPr>
              <w:t>6</w:t>
            </w:r>
          </w:p>
        </w:tc>
        <w:tc>
          <w:tcPr>
            <w:tcW w:w="2721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4C5B89D7" w14:textId="77777777" w:rsidR="00201760" w:rsidRDefault="00000000">
            <w:pPr>
              <w:spacing w:after="40"/>
            </w:pPr>
            <w:proofErr w:type="spellStart"/>
            <w:r>
              <w:rPr>
                <w:b/>
                <w:sz w:val="16"/>
              </w:rPr>
              <w:t>Kredito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terminas</w:t>
            </w:r>
            <w:proofErr w:type="spellEnd"/>
          </w:p>
        </w:tc>
        <w:tc>
          <w:tcPr>
            <w:tcW w:w="640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6EC3E747" w14:textId="77777777" w:rsidR="00201760" w:rsidRDefault="00000000">
            <w:pPr>
              <w:spacing w:after="40"/>
            </w:pPr>
            <w:r>
              <w:rPr>
                <w:sz w:val="16"/>
              </w:rPr>
              <w:t xml:space="preserve">8 </w:t>
            </w:r>
            <w:proofErr w:type="spellStart"/>
            <w:r>
              <w:rPr>
                <w:sz w:val="16"/>
              </w:rPr>
              <w:t>metai</w:t>
            </w:r>
            <w:proofErr w:type="spellEnd"/>
            <w:r>
              <w:rPr>
                <w:sz w:val="16"/>
              </w:rPr>
              <w:t>.</w:t>
            </w:r>
          </w:p>
        </w:tc>
      </w:tr>
      <w:tr w:rsidR="00201760" w:rsidRPr="00236686" w14:paraId="5A5B0E8A" w14:textId="77777777">
        <w:trPr>
          <w:jc w:val="center"/>
        </w:trPr>
        <w:tc>
          <w:tcPr>
            <w:tcW w:w="56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63CD270B" w14:textId="77777777" w:rsidR="00201760" w:rsidRDefault="00000000">
            <w:pPr>
              <w:spacing w:after="40"/>
              <w:jc w:val="center"/>
            </w:pPr>
            <w:r>
              <w:rPr>
                <w:sz w:val="16"/>
              </w:rPr>
              <w:t>7</w:t>
            </w:r>
          </w:p>
        </w:tc>
        <w:tc>
          <w:tcPr>
            <w:tcW w:w="2721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505FCA9B" w14:textId="77777777" w:rsidR="00201760" w:rsidRDefault="00000000">
            <w:pPr>
              <w:spacing w:after="40"/>
            </w:pPr>
            <w:proofErr w:type="spellStart"/>
            <w:r>
              <w:rPr>
                <w:b/>
                <w:sz w:val="16"/>
              </w:rPr>
              <w:t>Kredito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grąžinimo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grafikas</w:t>
            </w:r>
            <w:proofErr w:type="spellEnd"/>
          </w:p>
        </w:tc>
        <w:tc>
          <w:tcPr>
            <w:tcW w:w="640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05EC6E95" w14:textId="77777777" w:rsidR="00201760" w:rsidRPr="00236686" w:rsidRDefault="00000000">
            <w:pPr>
              <w:spacing w:after="40"/>
              <w:rPr>
                <w:lang w:val="pt-BR"/>
              </w:rPr>
            </w:pPr>
            <w:r w:rsidRPr="00236686">
              <w:rPr>
                <w:sz w:val="16"/>
                <w:lang w:val="pt-BR"/>
              </w:rPr>
              <w:t>Linijinis grafikas. Grąžinimas pradedamas pilnai panaudojus kredito sumą. Planuojamas pilnas kredito panaudojimas – ne vėliau kaip per 12 mėnesių nuo sutarties pasirašymo.</w:t>
            </w:r>
          </w:p>
        </w:tc>
      </w:tr>
      <w:tr w:rsidR="00201760" w14:paraId="6387B881" w14:textId="77777777">
        <w:trPr>
          <w:jc w:val="center"/>
        </w:trPr>
        <w:tc>
          <w:tcPr>
            <w:tcW w:w="56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724997C0" w14:textId="77777777" w:rsidR="00201760" w:rsidRDefault="00000000">
            <w:pPr>
              <w:spacing w:after="40"/>
              <w:jc w:val="center"/>
            </w:pPr>
            <w:r>
              <w:rPr>
                <w:sz w:val="16"/>
              </w:rPr>
              <w:t>8</w:t>
            </w:r>
          </w:p>
        </w:tc>
        <w:tc>
          <w:tcPr>
            <w:tcW w:w="2721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0C4F95DE" w14:textId="77777777" w:rsidR="00201760" w:rsidRDefault="00000000">
            <w:pPr>
              <w:spacing w:after="40"/>
            </w:pPr>
            <w:proofErr w:type="spellStart"/>
            <w:r>
              <w:rPr>
                <w:b/>
                <w:sz w:val="16"/>
              </w:rPr>
              <w:t>Išmokėjimo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terminas</w:t>
            </w:r>
            <w:proofErr w:type="spellEnd"/>
          </w:p>
        </w:tc>
        <w:tc>
          <w:tcPr>
            <w:tcW w:w="640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64351587" w14:textId="77777777" w:rsidR="00201760" w:rsidRDefault="00000000">
            <w:pPr>
              <w:spacing w:after="40"/>
            </w:pPr>
            <w:r>
              <w:rPr>
                <w:sz w:val="16"/>
              </w:rPr>
              <w:t xml:space="preserve">Iki 12 </w:t>
            </w:r>
            <w:proofErr w:type="spellStart"/>
            <w:r>
              <w:rPr>
                <w:sz w:val="16"/>
              </w:rPr>
              <w:t>mėnesių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nuo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sutarties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pasirašymo</w:t>
            </w:r>
            <w:proofErr w:type="spellEnd"/>
            <w:r>
              <w:rPr>
                <w:sz w:val="16"/>
              </w:rPr>
              <w:t>.</w:t>
            </w:r>
          </w:p>
        </w:tc>
      </w:tr>
      <w:tr w:rsidR="00201760" w:rsidRPr="00236686" w14:paraId="418B2C1F" w14:textId="77777777">
        <w:trPr>
          <w:jc w:val="center"/>
        </w:trPr>
        <w:tc>
          <w:tcPr>
            <w:tcW w:w="56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68BE0C3F" w14:textId="77777777" w:rsidR="00201760" w:rsidRDefault="00000000">
            <w:pPr>
              <w:spacing w:after="40"/>
              <w:jc w:val="center"/>
            </w:pPr>
            <w:r>
              <w:rPr>
                <w:sz w:val="16"/>
              </w:rPr>
              <w:t>9</w:t>
            </w:r>
          </w:p>
        </w:tc>
        <w:tc>
          <w:tcPr>
            <w:tcW w:w="2721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5DE8AF7E" w14:textId="77777777" w:rsidR="00201760" w:rsidRDefault="00000000">
            <w:pPr>
              <w:spacing w:after="40"/>
            </w:pPr>
            <w:proofErr w:type="spellStart"/>
            <w:r>
              <w:rPr>
                <w:b/>
                <w:sz w:val="16"/>
              </w:rPr>
              <w:t>Išmokėjimo</w:t>
            </w:r>
            <w:proofErr w:type="spellEnd"/>
            <w:r>
              <w:rPr>
                <w:b/>
                <w:sz w:val="16"/>
              </w:rPr>
              <w:t xml:space="preserve"> data</w:t>
            </w:r>
          </w:p>
        </w:tc>
        <w:tc>
          <w:tcPr>
            <w:tcW w:w="640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42A1501C" w14:textId="77777777" w:rsidR="00201760" w:rsidRPr="00236686" w:rsidRDefault="00000000">
            <w:pPr>
              <w:spacing w:after="40"/>
              <w:rPr>
                <w:lang w:val="pt-BR"/>
              </w:rPr>
            </w:pPr>
            <w:r w:rsidRPr="00236686">
              <w:rPr>
                <w:sz w:val="16"/>
                <w:lang w:val="pt-BR"/>
              </w:rPr>
              <w:t>Visa kredito suma turi būti prieinama naudoti ne vėliau kaip 2026-08-28.</w:t>
            </w:r>
          </w:p>
        </w:tc>
      </w:tr>
      <w:tr w:rsidR="00201760" w14:paraId="7620427A" w14:textId="77777777">
        <w:trPr>
          <w:jc w:val="center"/>
        </w:trPr>
        <w:tc>
          <w:tcPr>
            <w:tcW w:w="56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132874F6" w14:textId="77777777" w:rsidR="00201760" w:rsidRDefault="00000000">
            <w:pPr>
              <w:spacing w:after="40"/>
              <w:jc w:val="center"/>
            </w:pPr>
            <w:r>
              <w:rPr>
                <w:sz w:val="16"/>
              </w:rPr>
              <w:t>10</w:t>
            </w:r>
          </w:p>
        </w:tc>
        <w:tc>
          <w:tcPr>
            <w:tcW w:w="2721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121BB0BA" w14:textId="77777777" w:rsidR="00201760" w:rsidRDefault="00000000">
            <w:pPr>
              <w:spacing w:after="40"/>
            </w:pPr>
            <w:proofErr w:type="spellStart"/>
            <w:r>
              <w:rPr>
                <w:b/>
                <w:sz w:val="16"/>
              </w:rPr>
              <w:t>Palūkanos</w:t>
            </w:r>
            <w:proofErr w:type="spellEnd"/>
          </w:p>
        </w:tc>
        <w:tc>
          <w:tcPr>
            <w:tcW w:w="640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4B577B41" w14:textId="77777777" w:rsidR="00201760" w:rsidRDefault="00000000">
            <w:pPr>
              <w:spacing w:after="40"/>
            </w:pPr>
            <w:proofErr w:type="spellStart"/>
            <w:r>
              <w:rPr>
                <w:sz w:val="16"/>
              </w:rPr>
              <w:t>Tiekėjas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nurodo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siūlomą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palūkanų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dydį</w:t>
            </w:r>
            <w:proofErr w:type="spellEnd"/>
            <w:r>
              <w:rPr>
                <w:sz w:val="16"/>
              </w:rPr>
              <w:t xml:space="preserve">: </w:t>
            </w:r>
            <w:proofErr w:type="gramStart"/>
            <w:r>
              <w:rPr>
                <w:sz w:val="16"/>
              </w:rPr>
              <w:t>X,XX</w:t>
            </w:r>
            <w:proofErr w:type="gramEnd"/>
            <w:r>
              <w:rPr>
                <w:sz w:val="16"/>
              </w:rPr>
              <w:t xml:space="preserve"> proc. + 6 </w:t>
            </w:r>
            <w:proofErr w:type="spellStart"/>
            <w:r>
              <w:rPr>
                <w:sz w:val="16"/>
              </w:rPr>
              <w:t>mėn</w:t>
            </w:r>
            <w:proofErr w:type="spellEnd"/>
            <w:r>
              <w:rPr>
                <w:sz w:val="16"/>
              </w:rPr>
              <w:t xml:space="preserve">. EURIBOR. </w:t>
            </w:r>
            <w:proofErr w:type="spellStart"/>
            <w:r>
              <w:rPr>
                <w:sz w:val="16"/>
              </w:rPr>
              <w:t>Tiekėjas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turi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aiškiai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nurodyti</w:t>
            </w:r>
            <w:proofErr w:type="spellEnd"/>
            <w:r>
              <w:rPr>
                <w:sz w:val="16"/>
              </w:rPr>
              <w:t xml:space="preserve"> EURIBOR </w:t>
            </w:r>
            <w:proofErr w:type="spellStart"/>
            <w:r>
              <w:rPr>
                <w:sz w:val="16"/>
              </w:rPr>
              <w:t>taikymo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perskaičiavimo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ir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neigiamos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bazės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taikymo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sąlygas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jei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jos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aktualios</w:t>
            </w:r>
            <w:proofErr w:type="spellEnd"/>
            <w:r>
              <w:rPr>
                <w:sz w:val="16"/>
              </w:rPr>
              <w:t>.</w:t>
            </w:r>
          </w:p>
        </w:tc>
      </w:tr>
      <w:tr w:rsidR="00201760" w:rsidRPr="00236686" w14:paraId="048052BD" w14:textId="77777777">
        <w:trPr>
          <w:jc w:val="center"/>
        </w:trPr>
        <w:tc>
          <w:tcPr>
            <w:tcW w:w="56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4EA348AB" w14:textId="77777777" w:rsidR="00201760" w:rsidRDefault="00000000">
            <w:pPr>
              <w:spacing w:after="40"/>
              <w:jc w:val="center"/>
            </w:pPr>
            <w:r>
              <w:rPr>
                <w:sz w:val="16"/>
              </w:rPr>
              <w:lastRenderedPageBreak/>
              <w:t>11</w:t>
            </w:r>
          </w:p>
        </w:tc>
        <w:tc>
          <w:tcPr>
            <w:tcW w:w="2721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692795D2" w14:textId="77777777" w:rsidR="00201760" w:rsidRDefault="00000000">
            <w:pPr>
              <w:spacing w:after="40"/>
            </w:pPr>
            <w:proofErr w:type="spellStart"/>
            <w:r>
              <w:rPr>
                <w:b/>
                <w:sz w:val="16"/>
              </w:rPr>
              <w:t>Administravimo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mokestis</w:t>
            </w:r>
            <w:proofErr w:type="spellEnd"/>
          </w:p>
        </w:tc>
        <w:tc>
          <w:tcPr>
            <w:tcW w:w="640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2EAB80FE" w14:textId="77777777" w:rsidR="00201760" w:rsidRPr="00236686" w:rsidRDefault="00000000">
            <w:pPr>
              <w:spacing w:after="40"/>
              <w:rPr>
                <w:lang w:val="pt-BR"/>
              </w:rPr>
            </w:pPr>
            <w:r w:rsidRPr="00236686">
              <w:rPr>
                <w:sz w:val="16"/>
                <w:lang w:val="pt-BR"/>
              </w:rPr>
              <w:t>Tiekėjas pasiūlyme nurodo administravimo mokestį: X,XX proc. nuo kredito sumos arba kitą taikomą dydį.</w:t>
            </w:r>
          </w:p>
        </w:tc>
      </w:tr>
      <w:tr w:rsidR="00201760" w14:paraId="6DF6203F" w14:textId="77777777">
        <w:trPr>
          <w:jc w:val="center"/>
        </w:trPr>
        <w:tc>
          <w:tcPr>
            <w:tcW w:w="56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49F2D48E" w14:textId="77777777" w:rsidR="00201760" w:rsidRDefault="00000000">
            <w:pPr>
              <w:spacing w:after="40"/>
              <w:jc w:val="center"/>
            </w:pPr>
            <w:r>
              <w:rPr>
                <w:sz w:val="16"/>
              </w:rPr>
              <w:t>12</w:t>
            </w:r>
          </w:p>
        </w:tc>
        <w:tc>
          <w:tcPr>
            <w:tcW w:w="2721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03D138C3" w14:textId="77777777" w:rsidR="00201760" w:rsidRDefault="00000000">
            <w:pPr>
              <w:spacing w:after="40"/>
            </w:pPr>
            <w:proofErr w:type="spellStart"/>
            <w:r>
              <w:rPr>
                <w:b/>
                <w:sz w:val="16"/>
              </w:rPr>
              <w:t>Įsipareigojimo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mokestis</w:t>
            </w:r>
            <w:proofErr w:type="spellEnd"/>
          </w:p>
        </w:tc>
        <w:tc>
          <w:tcPr>
            <w:tcW w:w="640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0C7B36E8" w14:textId="77777777" w:rsidR="00201760" w:rsidRDefault="00000000">
            <w:pPr>
              <w:spacing w:after="40"/>
            </w:pPr>
            <w:proofErr w:type="spellStart"/>
            <w:r>
              <w:rPr>
                <w:sz w:val="16"/>
              </w:rPr>
              <w:t>Tiekėjas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pasiūlyme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nurodo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įsipareigojimo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mokestį</w:t>
            </w:r>
            <w:proofErr w:type="spellEnd"/>
            <w:r>
              <w:rPr>
                <w:sz w:val="16"/>
              </w:rPr>
              <w:t xml:space="preserve">: </w:t>
            </w:r>
            <w:proofErr w:type="gramStart"/>
            <w:r>
              <w:rPr>
                <w:sz w:val="16"/>
              </w:rPr>
              <w:t>X,XX</w:t>
            </w:r>
            <w:proofErr w:type="gramEnd"/>
            <w:r>
              <w:rPr>
                <w:sz w:val="16"/>
              </w:rPr>
              <w:t xml:space="preserve"> proc. </w:t>
            </w:r>
            <w:proofErr w:type="spellStart"/>
            <w:r>
              <w:rPr>
                <w:sz w:val="16"/>
              </w:rPr>
              <w:t>nuo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neišmokėtos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kredito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dalies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arba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kitą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taikomą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dydį</w:t>
            </w:r>
            <w:proofErr w:type="spellEnd"/>
            <w:r>
              <w:rPr>
                <w:sz w:val="16"/>
              </w:rPr>
              <w:t>.</w:t>
            </w:r>
          </w:p>
        </w:tc>
      </w:tr>
      <w:tr w:rsidR="00201760" w:rsidRPr="00236686" w14:paraId="2EBFBB86" w14:textId="77777777">
        <w:trPr>
          <w:jc w:val="center"/>
        </w:trPr>
        <w:tc>
          <w:tcPr>
            <w:tcW w:w="56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163FF30C" w14:textId="77777777" w:rsidR="00201760" w:rsidRDefault="00000000">
            <w:pPr>
              <w:spacing w:after="40"/>
              <w:jc w:val="center"/>
            </w:pPr>
            <w:r>
              <w:rPr>
                <w:sz w:val="16"/>
              </w:rPr>
              <w:t>13</w:t>
            </w:r>
          </w:p>
        </w:tc>
        <w:tc>
          <w:tcPr>
            <w:tcW w:w="2721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2E5BC50A" w14:textId="77777777" w:rsidR="00201760" w:rsidRDefault="00000000">
            <w:pPr>
              <w:spacing w:after="40"/>
            </w:pPr>
            <w:proofErr w:type="spellStart"/>
            <w:r>
              <w:rPr>
                <w:b/>
                <w:sz w:val="16"/>
              </w:rPr>
              <w:t>Kredito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išankstinio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grąžinimo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mokestis</w:t>
            </w:r>
            <w:proofErr w:type="spellEnd"/>
          </w:p>
        </w:tc>
        <w:tc>
          <w:tcPr>
            <w:tcW w:w="640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11A2D485" w14:textId="77777777" w:rsidR="00201760" w:rsidRPr="00236686" w:rsidRDefault="00000000">
            <w:pPr>
              <w:spacing w:after="40"/>
              <w:rPr>
                <w:lang w:val="pt-BR"/>
              </w:rPr>
            </w:pPr>
            <w:r w:rsidRPr="00236686">
              <w:rPr>
                <w:sz w:val="16"/>
                <w:lang w:val="pt-BR"/>
              </w:rPr>
              <w:t>Tiekėjas nurodo kredito išankstinio grąžinimo mokestį: X,XX proc. nuo prieš terminą grąžinamos kredito sumos. Atskirai nurodomas mokestis, jei kreditas ar jo dalis grąžinama palūkanų keitimo dieną: X,XX proc. nuo prieš terminą grąžinamos kredito sumos. Mokestis taikomas tik tuo atveju, jeigu kreditas refinansuojamas kitos kredito įstaigos.</w:t>
            </w:r>
          </w:p>
        </w:tc>
      </w:tr>
      <w:tr w:rsidR="00201760" w14:paraId="0F934F71" w14:textId="77777777">
        <w:trPr>
          <w:jc w:val="center"/>
        </w:trPr>
        <w:tc>
          <w:tcPr>
            <w:tcW w:w="56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0C89C8EB" w14:textId="77777777" w:rsidR="00201760" w:rsidRDefault="00000000">
            <w:pPr>
              <w:spacing w:after="40"/>
              <w:jc w:val="center"/>
            </w:pPr>
            <w:r>
              <w:rPr>
                <w:sz w:val="16"/>
              </w:rPr>
              <w:t>14</w:t>
            </w:r>
          </w:p>
        </w:tc>
        <w:tc>
          <w:tcPr>
            <w:tcW w:w="2721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1CED8C8E" w14:textId="77777777" w:rsidR="00201760" w:rsidRDefault="00000000">
            <w:pPr>
              <w:spacing w:after="40"/>
            </w:pPr>
            <w:r>
              <w:rPr>
                <w:b/>
                <w:sz w:val="16"/>
              </w:rPr>
              <w:t xml:space="preserve">Kiti </w:t>
            </w:r>
            <w:proofErr w:type="spellStart"/>
            <w:r>
              <w:rPr>
                <w:b/>
                <w:sz w:val="16"/>
              </w:rPr>
              <w:t>mokesčiai</w:t>
            </w:r>
            <w:proofErr w:type="spellEnd"/>
          </w:p>
        </w:tc>
        <w:tc>
          <w:tcPr>
            <w:tcW w:w="640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6035EB5E" w14:textId="77777777" w:rsidR="00201760" w:rsidRDefault="00000000">
            <w:pPr>
              <w:spacing w:after="40"/>
            </w:pPr>
            <w:proofErr w:type="spellStart"/>
            <w:r>
              <w:rPr>
                <w:sz w:val="16"/>
              </w:rPr>
              <w:t>Tiekėjas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privalo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detaliai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nurodyti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visus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kitus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papildomus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mokesčius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kurie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gali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atsirasti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sutarties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vykdymo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metu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įskaitant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sutarties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keitimo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dokumentų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rengimo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užtikrinimo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priemonių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administravimo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ar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kitus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mokesčius</w:t>
            </w:r>
            <w:proofErr w:type="spellEnd"/>
            <w:r>
              <w:rPr>
                <w:sz w:val="16"/>
              </w:rPr>
              <w:t>.</w:t>
            </w:r>
          </w:p>
        </w:tc>
      </w:tr>
      <w:tr w:rsidR="00201760" w:rsidRPr="00236686" w14:paraId="5A44A276" w14:textId="77777777">
        <w:trPr>
          <w:jc w:val="center"/>
        </w:trPr>
        <w:tc>
          <w:tcPr>
            <w:tcW w:w="56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215B50CF" w14:textId="77777777" w:rsidR="00201760" w:rsidRDefault="00000000">
            <w:pPr>
              <w:spacing w:after="40"/>
              <w:jc w:val="center"/>
            </w:pPr>
            <w:r>
              <w:rPr>
                <w:sz w:val="16"/>
              </w:rPr>
              <w:t>15</w:t>
            </w:r>
          </w:p>
        </w:tc>
        <w:tc>
          <w:tcPr>
            <w:tcW w:w="2721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4737D5DD" w14:textId="77777777" w:rsidR="00201760" w:rsidRDefault="00000000">
            <w:pPr>
              <w:spacing w:after="40"/>
            </w:pPr>
            <w:proofErr w:type="spellStart"/>
            <w:r>
              <w:rPr>
                <w:b/>
                <w:sz w:val="16"/>
              </w:rPr>
              <w:t>Finansinė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informacija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kreditingumo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vertinimui</w:t>
            </w:r>
            <w:proofErr w:type="spellEnd"/>
          </w:p>
        </w:tc>
        <w:tc>
          <w:tcPr>
            <w:tcW w:w="640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44144FC2" w14:textId="77777777" w:rsidR="00201760" w:rsidRPr="00236686" w:rsidRDefault="00000000">
            <w:pPr>
              <w:spacing w:after="40"/>
              <w:rPr>
                <w:lang w:val="pt-BR"/>
              </w:rPr>
            </w:pPr>
            <w:r w:rsidRPr="00236686">
              <w:rPr>
                <w:sz w:val="16"/>
                <w:lang w:val="pt-BR"/>
              </w:rPr>
              <w:t>Finansinės ataskaitos skelbiamos: https://keliuprieziura.lt/apie-mus/finansines-ataskaitos/454. Investicijų planas ir finansinės prognozės pateikiami kartu su kvietimu, jei taikoma.</w:t>
            </w:r>
          </w:p>
        </w:tc>
      </w:tr>
      <w:tr w:rsidR="00201760" w14:paraId="2F774C53" w14:textId="77777777">
        <w:trPr>
          <w:jc w:val="center"/>
        </w:trPr>
        <w:tc>
          <w:tcPr>
            <w:tcW w:w="56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161972AB" w14:textId="77777777" w:rsidR="00201760" w:rsidRDefault="00000000">
            <w:pPr>
              <w:spacing w:after="40"/>
              <w:jc w:val="center"/>
            </w:pPr>
            <w:r>
              <w:rPr>
                <w:sz w:val="16"/>
              </w:rPr>
              <w:t>16</w:t>
            </w:r>
          </w:p>
        </w:tc>
        <w:tc>
          <w:tcPr>
            <w:tcW w:w="2721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6950CFE1" w14:textId="77777777" w:rsidR="00201760" w:rsidRDefault="00000000">
            <w:pPr>
              <w:spacing w:after="40"/>
            </w:pPr>
            <w:proofErr w:type="spellStart"/>
            <w:r>
              <w:rPr>
                <w:b/>
                <w:sz w:val="16"/>
              </w:rPr>
              <w:t>Užtikrinimo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priemonės</w:t>
            </w:r>
            <w:proofErr w:type="spellEnd"/>
            <w:r>
              <w:rPr>
                <w:b/>
                <w:sz w:val="16"/>
              </w:rPr>
              <w:t xml:space="preserve"> / </w:t>
            </w:r>
            <w:proofErr w:type="spellStart"/>
            <w:r>
              <w:rPr>
                <w:b/>
                <w:sz w:val="16"/>
              </w:rPr>
              <w:t>užstatas</w:t>
            </w:r>
            <w:proofErr w:type="spellEnd"/>
          </w:p>
        </w:tc>
        <w:tc>
          <w:tcPr>
            <w:tcW w:w="640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5C43C8B2" w14:textId="77777777" w:rsidR="00201760" w:rsidRDefault="00000000">
            <w:pPr>
              <w:spacing w:after="40"/>
            </w:pPr>
            <w:proofErr w:type="spellStart"/>
            <w:r>
              <w:rPr>
                <w:sz w:val="16"/>
              </w:rPr>
              <w:t>Baigtinis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sąrašas</w:t>
            </w:r>
            <w:proofErr w:type="spellEnd"/>
            <w:r>
              <w:rPr>
                <w:sz w:val="16"/>
              </w:rPr>
              <w:t xml:space="preserve">: </w:t>
            </w:r>
            <w:proofErr w:type="spellStart"/>
            <w:r>
              <w:rPr>
                <w:sz w:val="16"/>
              </w:rPr>
              <w:t>esamos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ir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būsimos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lėšos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sąskaitose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esančios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kredito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teikėjo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banke</w:t>
            </w:r>
            <w:proofErr w:type="spellEnd"/>
            <w:r>
              <w:rPr>
                <w:sz w:val="16"/>
              </w:rPr>
              <w:t xml:space="preserve">; </w:t>
            </w:r>
            <w:proofErr w:type="spellStart"/>
            <w:r>
              <w:rPr>
                <w:sz w:val="16"/>
              </w:rPr>
              <w:t>gautinos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sumos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iš</w:t>
            </w:r>
            <w:proofErr w:type="spellEnd"/>
            <w:r>
              <w:rPr>
                <w:sz w:val="16"/>
              </w:rPr>
              <w:t xml:space="preserve"> VĮ „Via </w:t>
            </w:r>
            <w:proofErr w:type="gramStart"/>
            <w:r>
              <w:rPr>
                <w:sz w:val="16"/>
              </w:rPr>
              <w:t xml:space="preserve">Lietuva“ </w:t>
            </w:r>
            <w:proofErr w:type="spellStart"/>
            <w:r>
              <w:rPr>
                <w:sz w:val="16"/>
              </w:rPr>
              <w:t>pagal</w:t>
            </w:r>
            <w:proofErr w:type="spellEnd"/>
            <w:proofErr w:type="gram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Specialiojo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įpareigojimo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sutartį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kurios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pagrindu</w:t>
            </w:r>
            <w:proofErr w:type="spellEnd"/>
            <w:r>
              <w:rPr>
                <w:sz w:val="16"/>
              </w:rPr>
              <w:t xml:space="preserve"> 2026 </w:t>
            </w:r>
            <w:proofErr w:type="spellStart"/>
            <w:r>
              <w:rPr>
                <w:sz w:val="16"/>
              </w:rPr>
              <w:t>metams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Bendrovei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skirtas</w:t>
            </w:r>
            <w:proofErr w:type="spellEnd"/>
            <w:r>
              <w:rPr>
                <w:sz w:val="16"/>
              </w:rPr>
              <w:t xml:space="preserve"> 130 </w:t>
            </w:r>
            <w:proofErr w:type="spellStart"/>
            <w:r>
              <w:rPr>
                <w:sz w:val="16"/>
              </w:rPr>
              <w:t>mln</w:t>
            </w:r>
            <w:proofErr w:type="spellEnd"/>
            <w:r>
              <w:rPr>
                <w:sz w:val="16"/>
              </w:rPr>
              <w:t xml:space="preserve">. </w:t>
            </w:r>
            <w:proofErr w:type="spellStart"/>
            <w:r>
              <w:rPr>
                <w:sz w:val="16"/>
              </w:rPr>
              <w:t>Eur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</w:t>
            </w:r>
            <w:proofErr w:type="spellEnd"/>
            <w:r>
              <w:rPr>
                <w:sz w:val="16"/>
              </w:rPr>
              <w:t xml:space="preserve"> PVM </w:t>
            </w:r>
            <w:proofErr w:type="spellStart"/>
            <w:r>
              <w:rPr>
                <w:sz w:val="16"/>
              </w:rPr>
              <w:t>finansavimas</w:t>
            </w:r>
            <w:proofErr w:type="spellEnd"/>
            <w:r>
              <w:rPr>
                <w:sz w:val="16"/>
              </w:rPr>
              <w:t xml:space="preserve">; </w:t>
            </w:r>
            <w:proofErr w:type="spellStart"/>
            <w:r>
              <w:rPr>
                <w:sz w:val="16"/>
              </w:rPr>
              <w:t>nekilnojamasis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turtas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esantis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adresais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Liepkalnio</w:t>
            </w:r>
            <w:proofErr w:type="spellEnd"/>
            <w:r>
              <w:rPr>
                <w:sz w:val="16"/>
              </w:rPr>
              <w:t xml:space="preserve"> g. 81, Vilnius, </w:t>
            </w:r>
            <w:proofErr w:type="spellStart"/>
            <w:r>
              <w:rPr>
                <w:sz w:val="16"/>
              </w:rPr>
              <w:t>Tilžės</w:t>
            </w:r>
            <w:proofErr w:type="spellEnd"/>
            <w:r>
              <w:rPr>
                <w:sz w:val="16"/>
              </w:rPr>
              <w:t xml:space="preserve"> g. 54, </w:t>
            </w:r>
            <w:proofErr w:type="spellStart"/>
            <w:r>
              <w:rPr>
                <w:sz w:val="16"/>
              </w:rPr>
              <w:t>Klaipėda</w:t>
            </w:r>
            <w:proofErr w:type="spellEnd"/>
            <w:r>
              <w:rPr>
                <w:sz w:val="16"/>
              </w:rPr>
              <w:t xml:space="preserve">, Kauno g. 2, Kaunas, </w:t>
            </w:r>
            <w:proofErr w:type="spellStart"/>
            <w:r>
              <w:rPr>
                <w:sz w:val="16"/>
              </w:rPr>
              <w:t>kurio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bendra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balansinė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vertė</w:t>
            </w:r>
            <w:proofErr w:type="spellEnd"/>
            <w:r>
              <w:rPr>
                <w:sz w:val="16"/>
              </w:rPr>
              <w:t xml:space="preserve"> ne </w:t>
            </w:r>
            <w:proofErr w:type="spellStart"/>
            <w:r>
              <w:rPr>
                <w:sz w:val="16"/>
              </w:rPr>
              <w:t>mažesnė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kaip</w:t>
            </w:r>
            <w:proofErr w:type="spellEnd"/>
            <w:r>
              <w:rPr>
                <w:sz w:val="16"/>
              </w:rPr>
              <w:t xml:space="preserve"> 4 </w:t>
            </w:r>
            <w:proofErr w:type="spellStart"/>
            <w:r>
              <w:rPr>
                <w:sz w:val="16"/>
              </w:rPr>
              <w:t>mln</w:t>
            </w:r>
            <w:proofErr w:type="spellEnd"/>
            <w:r>
              <w:rPr>
                <w:sz w:val="16"/>
              </w:rPr>
              <w:t xml:space="preserve">. Eur. </w:t>
            </w:r>
            <w:proofErr w:type="spellStart"/>
            <w:r>
              <w:rPr>
                <w:sz w:val="16"/>
              </w:rPr>
              <w:t>Įsigyjamas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turtas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nebus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įkeičiamas</w:t>
            </w:r>
            <w:proofErr w:type="spellEnd"/>
            <w:r>
              <w:rPr>
                <w:sz w:val="16"/>
              </w:rPr>
              <w:t>.</w:t>
            </w:r>
          </w:p>
        </w:tc>
      </w:tr>
      <w:tr w:rsidR="00201760" w:rsidRPr="00236686" w14:paraId="4B0601E0" w14:textId="77777777">
        <w:trPr>
          <w:jc w:val="center"/>
        </w:trPr>
        <w:tc>
          <w:tcPr>
            <w:tcW w:w="56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0EB7E911" w14:textId="77777777" w:rsidR="00201760" w:rsidRDefault="00000000">
            <w:pPr>
              <w:spacing w:after="40"/>
              <w:jc w:val="center"/>
            </w:pPr>
            <w:r>
              <w:rPr>
                <w:sz w:val="16"/>
              </w:rPr>
              <w:t>17</w:t>
            </w:r>
          </w:p>
        </w:tc>
        <w:tc>
          <w:tcPr>
            <w:tcW w:w="2721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4074EDA5" w14:textId="77777777" w:rsidR="00201760" w:rsidRDefault="00000000">
            <w:pPr>
              <w:spacing w:after="40"/>
            </w:pPr>
            <w:proofErr w:type="spellStart"/>
            <w:r>
              <w:rPr>
                <w:b/>
                <w:sz w:val="16"/>
              </w:rPr>
              <w:t>Finansinės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ir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nefinansinės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sąlygos</w:t>
            </w:r>
            <w:proofErr w:type="spellEnd"/>
          </w:p>
        </w:tc>
        <w:tc>
          <w:tcPr>
            <w:tcW w:w="640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60CD9CD2" w14:textId="77777777" w:rsidR="00201760" w:rsidRPr="00236686" w:rsidRDefault="00000000">
            <w:pPr>
              <w:spacing w:after="40"/>
              <w:rPr>
                <w:lang w:val="pt-BR"/>
              </w:rPr>
            </w:pPr>
            <w:r w:rsidRPr="00236686">
              <w:rPr>
                <w:sz w:val="16"/>
                <w:lang w:val="pt-BR"/>
              </w:rPr>
              <w:t>Finansiniai įsipareigojimai: DSCR &gt; 1,2, metinis skaičiavimas; kapitalo rodiklis &gt; 50 proc., metinis skaičiavimas. Tiekėjas turi nurodyti siūlomą šių rodiklių skaičiavimo metodiką ir duomenų šaltinius.</w:t>
            </w:r>
          </w:p>
        </w:tc>
      </w:tr>
      <w:tr w:rsidR="00201760" w14:paraId="01821F3E" w14:textId="77777777">
        <w:trPr>
          <w:jc w:val="center"/>
        </w:trPr>
        <w:tc>
          <w:tcPr>
            <w:tcW w:w="56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4082C332" w14:textId="77777777" w:rsidR="00201760" w:rsidRDefault="00000000">
            <w:pPr>
              <w:spacing w:after="40"/>
              <w:jc w:val="center"/>
            </w:pPr>
            <w:r>
              <w:rPr>
                <w:sz w:val="16"/>
              </w:rPr>
              <w:t>18</w:t>
            </w:r>
          </w:p>
        </w:tc>
        <w:tc>
          <w:tcPr>
            <w:tcW w:w="2721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73872050" w14:textId="77777777" w:rsidR="00201760" w:rsidRDefault="00000000">
            <w:pPr>
              <w:spacing w:after="40"/>
            </w:pPr>
            <w:proofErr w:type="spellStart"/>
            <w:r>
              <w:rPr>
                <w:b/>
                <w:sz w:val="16"/>
              </w:rPr>
              <w:t>Veiksmai</w:t>
            </w:r>
            <w:proofErr w:type="spellEnd"/>
            <w:r>
              <w:rPr>
                <w:b/>
                <w:sz w:val="16"/>
              </w:rPr>
              <w:t xml:space="preserve">, </w:t>
            </w:r>
            <w:proofErr w:type="spellStart"/>
            <w:r>
              <w:rPr>
                <w:b/>
                <w:sz w:val="16"/>
              </w:rPr>
              <w:t>kurių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Klientas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negali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atlikti</w:t>
            </w:r>
            <w:proofErr w:type="spellEnd"/>
            <w:r>
              <w:rPr>
                <w:b/>
                <w:sz w:val="16"/>
              </w:rPr>
              <w:t xml:space="preserve"> be </w:t>
            </w:r>
            <w:proofErr w:type="spellStart"/>
            <w:r>
              <w:rPr>
                <w:b/>
                <w:sz w:val="16"/>
              </w:rPr>
              <w:t>raštiško</w:t>
            </w:r>
            <w:proofErr w:type="spellEnd"/>
            <w:r>
              <w:rPr>
                <w:b/>
                <w:sz w:val="16"/>
              </w:rPr>
              <w:t xml:space="preserve"> Banko </w:t>
            </w:r>
            <w:proofErr w:type="spellStart"/>
            <w:r>
              <w:rPr>
                <w:b/>
                <w:sz w:val="16"/>
              </w:rPr>
              <w:t>sutikimo</w:t>
            </w:r>
            <w:proofErr w:type="spellEnd"/>
          </w:p>
        </w:tc>
        <w:tc>
          <w:tcPr>
            <w:tcW w:w="640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21EFA463" w14:textId="77777777" w:rsidR="00201760" w:rsidRDefault="00000000">
            <w:pPr>
              <w:spacing w:after="40"/>
            </w:pPr>
            <w:proofErr w:type="spellStart"/>
            <w:r>
              <w:rPr>
                <w:sz w:val="16"/>
              </w:rPr>
              <w:t>Klientas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negali</w:t>
            </w:r>
            <w:proofErr w:type="spellEnd"/>
            <w:r>
              <w:rPr>
                <w:sz w:val="16"/>
              </w:rPr>
              <w:t xml:space="preserve"> be </w:t>
            </w:r>
            <w:proofErr w:type="spellStart"/>
            <w:r>
              <w:rPr>
                <w:sz w:val="16"/>
              </w:rPr>
              <w:t>raštiško</w:t>
            </w:r>
            <w:proofErr w:type="spellEnd"/>
            <w:r>
              <w:rPr>
                <w:sz w:val="16"/>
              </w:rPr>
              <w:t xml:space="preserve"> Banko </w:t>
            </w:r>
            <w:proofErr w:type="spellStart"/>
            <w:r>
              <w:rPr>
                <w:sz w:val="16"/>
              </w:rPr>
              <w:t>sutikimo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keisti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Kliento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akcininkų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ir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naudos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gavėjų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struktūros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ir</w:t>
            </w:r>
            <w:proofErr w:type="spellEnd"/>
            <w:r>
              <w:rPr>
                <w:sz w:val="16"/>
              </w:rPr>
              <w:t xml:space="preserve"> / </w:t>
            </w:r>
            <w:proofErr w:type="spellStart"/>
            <w:r>
              <w:rPr>
                <w:sz w:val="16"/>
              </w:rPr>
              <w:t>ar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sudėties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ir</w:t>
            </w:r>
            <w:proofErr w:type="spellEnd"/>
            <w:r>
              <w:rPr>
                <w:sz w:val="16"/>
              </w:rPr>
              <w:t xml:space="preserve"> / </w:t>
            </w:r>
            <w:proofErr w:type="spellStart"/>
            <w:r>
              <w:rPr>
                <w:sz w:val="16"/>
              </w:rPr>
              <w:t>ar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Kliento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akcininkų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ir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naudos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gavėjų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turimų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akcijų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skaičiaus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daugiau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kaip</w:t>
            </w:r>
            <w:proofErr w:type="spellEnd"/>
            <w:r>
              <w:rPr>
                <w:sz w:val="16"/>
              </w:rPr>
              <w:t xml:space="preserve"> 50 proc.; </w:t>
            </w:r>
            <w:proofErr w:type="spellStart"/>
            <w:r>
              <w:rPr>
                <w:sz w:val="16"/>
              </w:rPr>
              <w:t>taikomas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draudimas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skolintis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jei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skolinimosi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suma</w:t>
            </w:r>
            <w:proofErr w:type="spellEnd"/>
            <w:r>
              <w:rPr>
                <w:sz w:val="16"/>
              </w:rPr>
              <w:t xml:space="preserve"> per </w:t>
            </w:r>
            <w:proofErr w:type="spellStart"/>
            <w:r>
              <w:rPr>
                <w:sz w:val="16"/>
              </w:rPr>
              <w:t>kalendorinius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metus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viršija</w:t>
            </w:r>
            <w:proofErr w:type="spellEnd"/>
            <w:r>
              <w:rPr>
                <w:sz w:val="16"/>
              </w:rPr>
              <w:t xml:space="preserve"> 2 proc. </w:t>
            </w:r>
            <w:proofErr w:type="spellStart"/>
            <w:r>
              <w:rPr>
                <w:sz w:val="16"/>
              </w:rPr>
              <w:t>Kliento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balansinio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turto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vertės</w:t>
            </w:r>
            <w:proofErr w:type="spellEnd"/>
            <w:r>
              <w:rPr>
                <w:sz w:val="16"/>
              </w:rPr>
              <w:t xml:space="preserve">; </w:t>
            </w:r>
            <w:proofErr w:type="spellStart"/>
            <w:r>
              <w:rPr>
                <w:sz w:val="16"/>
              </w:rPr>
              <w:t>informacijos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teikimas</w:t>
            </w:r>
            <w:proofErr w:type="spellEnd"/>
            <w:r>
              <w:rPr>
                <w:sz w:val="16"/>
              </w:rPr>
              <w:t xml:space="preserve"> – </w:t>
            </w:r>
            <w:proofErr w:type="spellStart"/>
            <w:r>
              <w:rPr>
                <w:sz w:val="16"/>
              </w:rPr>
              <w:t>metinės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finansinės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ataskaitos</w:t>
            </w:r>
            <w:proofErr w:type="spellEnd"/>
            <w:r>
              <w:rPr>
                <w:sz w:val="16"/>
              </w:rPr>
              <w:t>.</w:t>
            </w:r>
          </w:p>
        </w:tc>
      </w:tr>
      <w:tr w:rsidR="00201760" w14:paraId="54D88BC3" w14:textId="77777777">
        <w:trPr>
          <w:jc w:val="center"/>
        </w:trPr>
        <w:tc>
          <w:tcPr>
            <w:tcW w:w="56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77F5469E" w14:textId="77777777" w:rsidR="00201760" w:rsidRDefault="00000000">
            <w:pPr>
              <w:spacing w:after="40"/>
              <w:jc w:val="center"/>
            </w:pPr>
            <w:r>
              <w:rPr>
                <w:sz w:val="16"/>
              </w:rPr>
              <w:t>19</w:t>
            </w:r>
          </w:p>
        </w:tc>
        <w:tc>
          <w:tcPr>
            <w:tcW w:w="2721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17A304FA" w14:textId="77777777" w:rsidR="00201760" w:rsidRDefault="00000000">
            <w:pPr>
              <w:spacing w:after="40"/>
            </w:pPr>
            <w:proofErr w:type="spellStart"/>
            <w:r>
              <w:rPr>
                <w:b/>
                <w:sz w:val="16"/>
              </w:rPr>
              <w:t>Esminiai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sutarties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pažeidimo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atvejai</w:t>
            </w:r>
            <w:proofErr w:type="spellEnd"/>
          </w:p>
        </w:tc>
        <w:tc>
          <w:tcPr>
            <w:tcW w:w="640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6402A749" w14:textId="77777777" w:rsidR="00201760" w:rsidRDefault="00000000">
            <w:pPr>
              <w:spacing w:after="40"/>
            </w:pPr>
            <w:proofErr w:type="spellStart"/>
            <w:r>
              <w:rPr>
                <w:sz w:val="16"/>
              </w:rPr>
              <w:t>Klientas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daugiau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kaip</w:t>
            </w:r>
            <w:proofErr w:type="spellEnd"/>
            <w:r>
              <w:rPr>
                <w:sz w:val="16"/>
              </w:rPr>
              <w:t xml:space="preserve"> 90 </w:t>
            </w:r>
            <w:proofErr w:type="spellStart"/>
            <w:r>
              <w:rPr>
                <w:sz w:val="16"/>
              </w:rPr>
              <w:t>kalendorinių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dienų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nevykdo</w:t>
            </w:r>
            <w:proofErr w:type="spellEnd"/>
            <w:r>
              <w:rPr>
                <w:sz w:val="16"/>
              </w:rPr>
              <w:t xml:space="preserve"> / </w:t>
            </w:r>
            <w:proofErr w:type="spellStart"/>
            <w:r>
              <w:rPr>
                <w:sz w:val="16"/>
              </w:rPr>
              <w:t>netinkamai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vykdo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pinigines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prievoles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Bankui</w:t>
            </w:r>
            <w:proofErr w:type="spellEnd"/>
            <w:r>
              <w:rPr>
                <w:sz w:val="16"/>
              </w:rPr>
              <w:t xml:space="preserve">; Bankas </w:t>
            </w:r>
            <w:proofErr w:type="spellStart"/>
            <w:r>
              <w:rPr>
                <w:sz w:val="16"/>
              </w:rPr>
              <w:t>gali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nutraukti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finansavimo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sutartį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jeigu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Klientas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daugiau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kaip</w:t>
            </w:r>
            <w:proofErr w:type="spellEnd"/>
            <w:r>
              <w:rPr>
                <w:sz w:val="16"/>
              </w:rPr>
              <w:t xml:space="preserve"> 90 </w:t>
            </w:r>
            <w:proofErr w:type="spellStart"/>
            <w:r>
              <w:rPr>
                <w:sz w:val="16"/>
              </w:rPr>
              <w:t>kalendorinių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dienų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nevykdo</w:t>
            </w:r>
            <w:proofErr w:type="spellEnd"/>
            <w:r>
              <w:rPr>
                <w:sz w:val="16"/>
              </w:rPr>
              <w:t xml:space="preserve"> / </w:t>
            </w:r>
            <w:proofErr w:type="spellStart"/>
            <w:r>
              <w:rPr>
                <w:sz w:val="16"/>
              </w:rPr>
              <w:t>netinkamai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vykdo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kurią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nors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savo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piniginę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prievolę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pagal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sutartis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</w:t>
            </w:r>
            <w:proofErr w:type="spellEnd"/>
            <w:r>
              <w:rPr>
                <w:sz w:val="16"/>
              </w:rPr>
              <w:t xml:space="preserve"> Banku </w:t>
            </w:r>
            <w:proofErr w:type="spellStart"/>
            <w:r>
              <w:rPr>
                <w:sz w:val="16"/>
              </w:rPr>
              <w:t>ar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kitomis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finansų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įstaigomis</w:t>
            </w:r>
            <w:proofErr w:type="spellEnd"/>
            <w:r>
              <w:rPr>
                <w:sz w:val="16"/>
              </w:rPr>
              <w:t xml:space="preserve">, kai tai </w:t>
            </w:r>
            <w:proofErr w:type="spellStart"/>
            <w:r>
              <w:rPr>
                <w:sz w:val="16"/>
              </w:rPr>
              <w:t>sudaro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daugiau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kaip</w:t>
            </w:r>
            <w:proofErr w:type="spellEnd"/>
            <w:r>
              <w:rPr>
                <w:sz w:val="16"/>
              </w:rPr>
              <w:t xml:space="preserve"> 1 proc. </w:t>
            </w:r>
            <w:proofErr w:type="spellStart"/>
            <w:r>
              <w:rPr>
                <w:sz w:val="16"/>
              </w:rPr>
              <w:t>visų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Kliento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įsipareigojimų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finansų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įstaigoms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sumos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ir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leidžia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manyti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kad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jos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tinkamai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nebus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vykdomos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ateityje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ir</w:t>
            </w:r>
            <w:proofErr w:type="spellEnd"/>
            <w:r>
              <w:rPr>
                <w:sz w:val="16"/>
              </w:rPr>
              <w:t xml:space="preserve"> / </w:t>
            </w:r>
            <w:proofErr w:type="spellStart"/>
            <w:r>
              <w:rPr>
                <w:sz w:val="16"/>
              </w:rPr>
              <w:t>ar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neigiamai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paveiks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Kliento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piniginių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prievolių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pagal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finansavimo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sutartį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vykdymą</w:t>
            </w:r>
            <w:proofErr w:type="spellEnd"/>
            <w:r>
              <w:rPr>
                <w:sz w:val="16"/>
              </w:rPr>
              <w:t>.</w:t>
            </w:r>
          </w:p>
        </w:tc>
      </w:tr>
      <w:tr w:rsidR="00201760" w14:paraId="339FAE23" w14:textId="77777777">
        <w:trPr>
          <w:jc w:val="center"/>
        </w:trPr>
        <w:tc>
          <w:tcPr>
            <w:tcW w:w="56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1276956E" w14:textId="77777777" w:rsidR="00201760" w:rsidRDefault="00000000">
            <w:pPr>
              <w:spacing w:after="40"/>
              <w:jc w:val="center"/>
            </w:pPr>
            <w:r>
              <w:rPr>
                <w:sz w:val="16"/>
              </w:rPr>
              <w:t>20</w:t>
            </w:r>
          </w:p>
        </w:tc>
        <w:tc>
          <w:tcPr>
            <w:tcW w:w="2721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6A4F4B6A" w14:textId="77777777" w:rsidR="00201760" w:rsidRDefault="00000000">
            <w:pPr>
              <w:spacing w:after="40"/>
            </w:pPr>
            <w:proofErr w:type="spellStart"/>
            <w:r>
              <w:rPr>
                <w:b/>
                <w:sz w:val="16"/>
              </w:rPr>
              <w:t>Kitos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sąlygos</w:t>
            </w:r>
            <w:proofErr w:type="spellEnd"/>
          </w:p>
        </w:tc>
        <w:tc>
          <w:tcPr>
            <w:tcW w:w="640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7F0D1305" w14:textId="77777777" w:rsidR="00201760" w:rsidRDefault="00000000">
            <w:pPr>
              <w:spacing w:after="40"/>
            </w:pPr>
            <w:r>
              <w:rPr>
                <w:sz w:val="16"/>
              </w:rPr>
              <w:t xml:space="preserve">Pari passu </w:t>
            </w:r>
            <w:proofErr w:type="spellStart"/>
            <w:r>
              <w:rPr>
                <w:sz w:val="16"/>
              </w:rPr>
              <w:t>sąlyga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atsižvelgiant</w:t>
            </w:r>
            <w:proofErr w:type="spellEnd"/>
            <w:r>
              <w:rPr>
                <w:sz w:val="16"/>
              </w:rPr>
              <w:t xml:space="preserve"> į </w:t>
            </w:r>
            <w:proofErr w:type="spellStart"/>
            <w:r>
              <w:rPr>
                <w:sz w:val="16"/>
              </w:rPr>
              <w:t>turimas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paskolas</w:t>
            </w:r>
            <w:proofErr w:type="spellEnd"/>
            <w:r>
              <w:rPr>
                <w:sz w:val="16"/>
              </w:rPr>
              <w:t xml:space="preserve"> SEB </w:t>
            </w:r>
            <w:proofErr w:type="spellStart"/>
            <w:r>
              <w:rPr>
                <w:sz w:val="16"/>
              </w:rPr>
              <w:t>banke</w:t>
            </w:r>
            <w:proofErr w:type="spellEnd"/>
            <w:r>
              <w:rPr>
                <w:sz w:val="16"/>
              </w:rPr>
              <w:t xml:space="preserve">. </w:t>
            </w:r>
            <w:proofErr w:type="spellStart"/>
            <w:r>
              <w:rPr>
                <w:sz w:val="16"/>
              </w:rPr>
              <w:t>Tiekėjas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turi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nurodyti</w:t>
            </w:r>
            <w:proofErr w:type="spellEnd"/>
            <w:r>
              <w:rPr>
                <w:sz w:val="16"/>
              </w:rPr>
              <w:t xml:space="preserve"> visas </w:t>
            </w:r>
            <w:proofErr w:type="spellStart"/>
            <w:r>
              <w:rPr>
                <w:sz w:val="16"/>
              </w:rPr>
              <w:t>kitas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sutarties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vykdymui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reikšmingas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sąlygas</w:t>
            </w:r>
            <w:proofErr w:type="spellEnd"/>
            <w:r>
              <w:rPr>
                <w:sz w:val="16"/>
              </w:rPr>
              <w:t>.</w:t>
            </w:r>
          </w:p>
        </w:tc>
      </w:tr>
      <w:tr w:rsidR="00201760" w14:paraId="5947393D" w14:textId="77777777">
        <w:trPr>
          <w:jc w:val="center"/>
        </w:trPr>
        <w:tc>
          <w:tcPr>
            <w:tcW w:w="56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0FE8505B" w14:textId="77777777" w:rsidR="00201760" w:rsidRDefault="00000000">
            <w:pPr>
              <w:spacing w:after="40"/>
              <w:jc w:val="center"/>
            </w:pPr>
            <w:r>
              <w:rPr>
                <w:sz w:val="16"/>
              </w:rPr>
              <w:t>21</w:t>
            </w:r>
          </w:p>
        </w:tc>
        <w:tc>
          <w:tcPr>
            <w:tcW w:w="2721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5E5F6C27" w14:textId="77777777" w:rsidR="00201760" w:rsidRDefault="00000000">
            <w:pPr>
              <w:spacing w:after="40"/>
            </w:pPr>
            <w:proofErr w:type="spellStart"/>
            <w:r>
              <w:rPr>
                <w:b/>
                <w:sz w:val="16"/>
              </w:rPr>
              <w:t>Pasiūlymo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galiojimas</w:t>
            </w:r>
            <w:proofErr w:type="spellEnd"/>
          </w:p>
        </w:tc>
        <w:tc>
          <w:tcPr>
            <w:tcW w:w="640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0DC4FDBF" w14:textId="77777777" w:rsidR="00201760" w:rsidRDefault="00000000">
            <w:pPr>
              <w:spacing w:after="40"/>
            </w:pPr>
            <w:r>
              <w:rPr>
                <w:sz w:val="16"/>
              </w:rPr>
              <w:t xml:space="preserve">Ne </w:t>
            </w:r>
            <w:proofErr w:type="spellStart"/>
            <w:r>
              <w:rPr>
                <w:sz w:val="16"/>
              </w:rPr>
              <w:t>trumpiau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kaip</w:t>
            </w:r>
            <w:proofErr w:type="spellEnd"/>
            <w:r>
              <w:rPr>
                <w:sz w:val="16"/>
              </w:rPr>
              <w:t xml:space="preserve"> 90 </w:t>
            </w:r>
            <w:proofErr w:type="spellStart"/>
            <w:r>
              <w:rPr>
                <w:sz w:val="16"/>
              </w:rPr>
              <w:t>kalendorinių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dienų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nuo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pasiūlymų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pateikimo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termino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pabaigos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jeigu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kvietime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nenurodyta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kitaip</w:t>
            </w:r>
            <w:proofErr w:type="spellEnd"/>
            <w:r>
              <w:rPr>
                <w:sz w:val="16"/>
              </w:rPr>
              <w:t>.</w:t>
            </w:r>
          </w:p>
        </w:tc>
      </w:tr>
    </w:tbl>
    <w:p w14:paraId="1C6BC37C" w14:textId="77777777" w:rsidR="00201760" w:rsidRDefault="00000000">
      <w:pPr>
        <w:pStyle w:val="Heading1"/>
      </w:pPr>
      <w:r>
        <w:t>2 PRIEDAS. PASIŪLYMO FORMA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484"/>
        <w:gridCol w:w="2381"/>
      </w:tblGrid>
      <w:tr w:rsidR="00201760" w14:paraId="7B0E17D1" w14:textId="77777777">
        <w:trPr>
          <w:trHeight w:val="520"/>
          <w:jc w:val="center"/>
        </w:trPr>
        <w:tc>
          <w:tcPr>
            <w:tcW w:w="2381" w:type="dxa"/>
            <w:gridSpan w:val="2"/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373C38" w14:textId="77777777" w:rsidR="00201760" w:rsidRDefault="00000000">
            <w:pPr>
              <w:spacing w:after="0"/>
              <w:jc w:val="center"/>
            </w:pPr>
            <w:proofErr w:type="spellStart"/>
            <w:r>
              <w:rPr>
                <w:b/>
              </w:rPr>
              <w:t>Pasiūlymo</w:t>
            </w:r>
            <w:proofErr w:type="spellEnd"/>
            <w:r>
              <w:rPr>
                <w:b/>
              </w:rPr>
              <w:t xml:space="preserve"> forma </w:t>
            </w:r>
            <w:r>
              <w:rPr>
                <w:b/>
                <w:color w:val="FF0000"/>
              </w:rPr>
              <w:t>(</w:t>
            </w:r>
            <w:proofErr w:type="spellStart"/>
            <w:r>
              <w:rPr>
                <w:b/>
                <w:color w:val="FF0000"/>
              </w:rPr>
              <w:t>pildyti</w:t>
            </w:r>
            <w:proofErr w:type="spellEnd"/>
            <w:r>
              <w:rPr>
                <w:b/>
                <w:color w:val="FF0000"/>
              </w:rPr>
              <w:t xml:space="preserve"> </w:t>
            </w:r>
            <w:proofErr w:type="spellStart"/>
            <w:r>
              <w:rPr>
                <w:b/>
                <w:color w:val="FF0000"/>
              </w:rPr>
              <w:t>žalsvus</w:t>
            </w:r>
            <w:proofErr w:type="spellEnd"/>
            <w:r>
              <w:rPr>
                <w:b/>
                <w:color w:val="FF0000"/>
              </w:rPr>
              <w:t xml:space="preserve"> </w:t>
            </w:r>
            <w:proofErr w:type="spellStart"/>
            <w:r>
              <w:rPr>
                <w:b/>
                <w:color w:val="FF0000"/>
              </w:rPr>
              <w:t>laukelius</w:t>
            </w:r>
            <w:proofErr w:type="spellEnd"/>
            <w:r>
              <w:rPr>
                <w:b/>
                <w:color w:val="FF0000"/>
              </w:rPr>
              <w:t>)</w:t>
            </w:r>
          </w:p>
        </w:tc>
      </w:tr>
      <w:tr w:rsidR="00201760" w14:paraId="14AF7530" w14:textId="77777777">
        <w:trPr>
          <w:jc w:val="center"/>
        </w:trPr>
        <w:tc>
          <w:tcPr>
            <w:tcW w:w="748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B4A748" w14:textId="77777777" w:rsidR="00201760" w:rsidRDefault="00201760">
            <w:pPr>
              <w:spacing w:after="0"/>
            </w:pPr>
          </w:p>
        </w:tc>
        <w:tc>
          <w:tcPr>
            <w:tcW w:w="238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8266D3" w14:textId="77777777" w:rsidR="00201760" w:rsidRDefault="00000000">
            <w:pPr>
              <w:spacing w:after="0"/>
              <w:jc w:val="center"/>
            </w:pPr>
            <w:proofErr w:type="spellStart"/>
            <w:r>
              <w:rPr>
                <w:b/>
                <w:sz w:val="19"/>
              </w:rPr>
              <w:t>Ilgalaikis</w:t>
            </w:r>
            <w:proofErr w:type="spellEnd"/>
            <w:r>
              <w:rPr>
                <w:b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kreditas</w:t>
            </w:r>
            <w:proofErr w:type="spellEnd"/>
          </w:p>
        </w:tc>
      </w:tr>
      <w:tr w:rsidR="00201760" w14:paraId="26AAED39" w14:textId="77777777">
        <w:trPr>
          <w:trHeight w:val="300"/>
          <w:jc w:val="center"/>
        </w:trPr>
        <w:tc>
          <w:tcPr>
            <w:tcW w:w="748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2F5F52" w14:textId="77777777" w:rsidR="00201760" w:rsidRDefault="00000000">
            <w:pPr>
              <w:spacing w:after="0"/>
            </w:pPr>
            <w:r>
              <w:rPr>
                <w:b/>
                <w:sz w:val="18"/>
              </w:rPr>
              <w:t>Suma</w:t>
            </w:r>
          </w:p>
        </w:tc>
        <w:tc>
          <w:tcPr>
            <w:tcW w:w="238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689F0F" w14:textId="77777777" w:rsidR="00201760" w:rsidRDefault="00000000">
            <w:pPr>
              <w:spacing w:after="0"/>
              <w:jc w:val="right"/>
            </w:pPr>
            <w:r>
              <w:rPr>
                <w:sz w:val="18"/>
              </w:rPr>
              <w:t>25 000 000</w:t>
            </w:r>
          </w:p>
        </w:tc>
      </w:tr>
      <w:tr w:rsidR="00201760" w14:paraId="744090C2" w14:textId="77777777">
        <w:trPr>
          <w:trHeight w:val="300"/>
          <w:jc w:val="center"/>
        </w:trPr>
        <w:tc>
          <w:tcPr>
            <w:tcW w:w="748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5B7768" w14:textId="77777777" w:rsidR="00201760" w:rsidRDefault="00000000">
            <w:pPr>
              <w:spacing w:after="0"/>
            </w:pPr>
            <w:proofErr w:type="spellStart"/>
            <w:r>
              <w:rPr>
                <w:b/>
                <w:sz w:val="18"/>
              </w:rPr>
              <w:t>Terminas</w:t>
            </w:r>
            <w:proofErr w:type="spellEnd"/>
          </w:p>
        </w:tc>
        <w:tc>
          <w:tcPr>
            <w:tcW w:w="238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008022" w14:textId="77777777" w:rsidR="00201760" w:rsidRDefault="00000000">
            <w:pPr>
              <w:spacing w:after="0"/>
              <w:jc w:val="right"/>
            </w:pPr>
            <w:r>
              <w:rPr>
                <w:sz w:val="18"/>
              </w:rPr>
              <w:t xml:space="preserve">8 </w:t>
            </w:r>
            <w:proofErr w:type="spellStart"/>
            <w:r>
              <w:rPr>
                <w:sz w:val="18"/>
              </w:rPr>
              <w:t>metai</w:t>
            </w:r>
            <w:proofErr w:type="spellEnd"/>
          </w:p>
        </w:tc>
      </w:tr>
      <w:tr w:rsidR="00201760" w:rsidRPr="00236686" w14:paraId="0EF1DB20" w14:textId="77777777">
        <w:trPr>
          <w:trHeight w:val="520"/>
          <w:jc w:val="center"/>
        </w:trPr>
        <w:tc>
          <w:tcPr>
            <w:tcW w:w="748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FE5EC8" w14:textId="77777777" w:rsidR="00201760" w:rsidRPr="00236686" w:rsidRDefault="00000000">
            <w:pPr>
              <w:spacing w:after="0"/>
              <w:rPr>
                <w:lang w:val="pt-BR"/>
              </w:rPr>
            </w:pPr>
            <w:r w:rsidRPr="00236686">
              <w:rPr>
                <w:b/>
                <w:sz w:val="18"/>
                <w:lang w:val="pt-BR"/>
              </w:rPr>
              <w:t xml:space="preserve">Administravimo mokestis </w:t>
            </w:r>
            <w:r w:rsidRPr="00236686">
              <w:rPr>
                <w:sz w:val="18"/>
                <w:lang w:val="pt-BR"/>
              </w:rPr>
              <w:t>(X,XX% nuo kredito sumos)</w:t>
            </w:r>
          </w:p>
        </w:tc>
        <w:tc>
          <w:tcPr>
            <w:tcW w:w="2381" w:type="dxa"/>
            <w:shd w:val="clear" w:color="auto" w:fill="D9EAD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8705AF" w14:textId="77777777" w:rsidR="00201760" w:rsidRPr="00236686" w:rsidRDefault="00201760">
            <w:pPr>
              <w:spacing w:after="0"/>
              <w:rPr>
                <w:lang w:val="pt-BR"/>
              </w:rPr>
            </w:pPr>
          </w:p>
        </w:tc>
      </w:tr>
      <w:tr w:rsidR="00201760" w:rsidRPr="00236686" w14:paraId="3DC0A89A" w14:textId="77777777">
        <w:trPr>
          <w:jc w:val="center"/>
        </w:trPr>
        <w:tc>
          <w:tcPr>
            <w:tcW w:w="748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701837" w14:textId="77777777" w:rsidR="00201760" w:rsidRPr="00236686" w:rsidRDefault="00000000">
            <w:pPr>
              <w:spacing w:after="0"/>
              <w:rPr>
                <w:lang w:val="pt-BR"/>
              </w:rPr>
            </w:pPr>
            <w:r w:rsidRPr="00236686">
              <w:rPr>
                <w:b/>
                <w:sz w:val="18"/>
                <w:lang w:val="pt-BR"/>
              </w:rPr>
              <w:t xml:space="preserve">Įsipareigojimo mokestis </w:t>
            </w:r>
            <w:r w:rsidRPr="00236686">
              <w:rPr>
                <w:sz w:val="18"/>
                <w:lang w:val="pt-BR"/>
              </w:rPr>
              <w:t>(X,XX% nuo neišmokėtos kredito dalies )</w:t>
            </w:r>
          </w:p>
        </w:tc>
        <w:tc>
          <w:tcPr>
            <w:tcW w:w="2381" w:type="dxa"/>
            <w:shd w:val="clear" w:color="auto" w:fill="D9EAD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5DDBA9" w14:textId="77777777" w:rsidR="00201760" w:rsidRPr="00236686" w:rsidRDefault="00201760">
            <w:pPr>
              <w:spacing w:after="0"/>
              <w:rPr>
                <w:lang w:val="pt-BR"/>
              </w:rPr>
            </w:pPr>
          </w:p>
        </w:tc>
      </w:tr>
      <w:tr w:rsidR="00201760" w:rsidRPr="00236686" w14:paraId="3359B3A6" w14:textId="77777777">
        <w:trPr>
          <w:jc w:val="center"/>
        </w:trPr>
        <w:tc>
          <w:tcPr>
            <w:tcW w:w="748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10FD5B" w14:textId="77777777" w:rsidR="00201760" w:rsidRPr="00236686" w:rsidRDefault="00000000">
            <w:pPr>
              <w:spacing w:after="0"/>
              <w:rPr>
                <w:lang w:val="pt-BR"/>
              </w:rPr>
            </w:pPr>
            <w:r w:rsidRPr="00236686">
              <w:rPr>
                <w:b/>
                <w:sz w:val="18"/>
                <w:lang w:val="pt-BR"/>
              </w:rPr>
              <w:t xml:space="preserve">Palūkanos </w:t>
            </w:r>
            <w:r w:rsidRPr="00236686">
              <w:rPr>
                <w:sz w:val="18"/>
                <w:lang w:val="pt-BR"/>
              </w:rPr>
              <w:t>(X,XX% + 6 mėn EURIBOR)</w:t>
            </w:r>
          </w:p>
        </w:tc>
        <w:tc>
          <w:tcPr>
            <w:tcW w:w="2381" w:type="dxa"/>
            <w:shd w:val="clear" w:color="auto" w:fill="D9EAD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D444A1" w14:textId="77777777" w:rsidR="00201760" w:rsidRPr="00236686" w:rsidRDefault="00201760">
            <w:pPr>
              <w:spacing w:after="0"/>
              <w:rPr>
                <w:lang w:val="pt-BR"/>
              </w:rPr>
            </w:pPr>
          </w:p>
        </w:tc>
      </w:tr>
      <w:tr w:rsidR="00201760" w:rsidRPr="00236686" w14:paraId="708581A2" w14:textId="77777777">
        <w:trPr>
          <w:trHeight w:val="520"/>
          <w:jc w:val="center"/>
        </w:trPr>
        <w:tc>
          <w:tcPr>
            <w:tcW w:w="748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4DB502" w14:textId="77777777" w:rsidR="00201760" w:rsidRPr="00236686" w:rsidRDefault="00000000">
            <w:pPr>
              <w:spacing w:after="0"/>
              <w:rPr>
                <w:lang w:val="pt-BR"/>
              </w:rPr>
            </w:pPr>
            <w:r w:rsidRPr="00236686">
              <w:rPr>
                <w:b/>
                <w:sz w:val="18"/>
                <w:lang w:val="pt-BR"/>
              </w:rPr>
              <w:t xml:space="preserve">Kredito išankstinio grąžinimo mokestis </w:t>
            </w:r>
            <w:r w:rsidRPr="00236686">
              <w:rPr>
                <w:sz w:val="18"/>
                <w:lang w:val="pt-BR"/>
              </w:rPr>
              <w:t>(X,XX% prieš terminą grąžinamos kredito sumos)</w:t>
            </w:r>
          </w:p>
        </w:tc>
        <w:tc>
          <w:tcPr>
            <w:tcW w:w="2381" w:type="dxa"/>
            <w:shd w:val="clear" w:color="auto" w:fill="D9EAD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25CF11" w14:textId="77777777" w:rsidR="00201760" w:rsidRPr="00236686" w:rsidRDefault="00201760">
            <w:pPr>
              <w:spacing w:after="0"/>
              <w:rPr>
                <w:lang w:val="pt-BR"/>
              </w:rPr>
            </w:pPr>
          </w:p>
        </w:tc>
      </w:tr>
      <w:tr w:rsidR="00201760" w:rsidRPr="00236686" w14:paraId="31A45928" w14:textId="77777777">
        <w:trPr>
          <w:trHeight w:val="520"/>
          <w:jc w:val="center"/>
        </w:trPr>
        <w:tc>
          <w:tcPr>
            <w:tcW w:w="748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CB2879" w14:textId="77777777" w:rsidR="00201760" w:rsidRPr="00236686" w:rsidRDefault="00000000">
            <w:pPr>
              <w:spacing w:after="0"/>
              <w:rPr>
                <w:lang w:val="pt-BR"/>
              </w:rPr>
            </w:pPr>
            <w:r w:rsidRPr="00236686">
              <w:rPr>
                <w:b/>
                <w:sz w:val="18"/>
                <w:lang w:val="pt-BR"/>
              </w:rPr>
              <w:t xml:space="preserve">Kredito išankstinio grąžinimo mokestis, jei kreditas ar jo dalis grąžinama palūkanų keitimo dieną </w:t>
            </w:r>
            <w:r w:rsidRPr="00236686">
              <w:rPr>
                <w:sz w:val="18"/>
                <w:lang w:val="pt-BR"/>
              </w:rPr>
              <w:t>(X,XX% prieš terminą grąžinamos kredito sumos)</w:t>
            </w:r>
          </w:p>
        </w:tc>
        <w:tc>
          <w:tcPr>
            <w:tcW w:w="2381" w:type="dxa"/>
            <w:shd w:val="clear" w:color="auto" w:fill="D9EAD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DC9747" w14:textId="77777777" w:rsidR="00201760" w:rsidRPr="00236686" w:rsidRDefault="00201760">
            <w:pPr>
              <w:spacing w:after="0"/>
              <w:rPr>
                <w:lang w:val="pt-BR"/>
              </w:rPr>
            </w:pPr>
          </w:p>
        </w:tc>
      </w:tr>
    </w:tbl>
    <w:p w14:paraId="08FD2F9F" w14:textId="77777777" w:rsidR="00201760" w:rsidRPr="00236686" w:rsidRDefault="00000000">
      <w:pPr>
        <w:pStyle w:val="Heading1"/>
        <w:rPr>
          <w:lang w:val="pt-BR"/>
        </w:rPr>
      </w:pPr>
      <w:r w:rsidRPr="00236686">
        <w:rPr>
          <w:lang w:val="pt-BR"/>
        </w:rPr>
        <w:t>3 PRIEDAS. TIEKĖJO DEKLARACIJA</w:t>
      </w:r>
    </w:p>
    <w:p w14:paraId="7418A34D" w14:textId="77777777" w:rsidR="00201760" w:rsidRPr="00236686" w:rsidRDefault="00000000">
      <w:pPr>
        <w:rPr>
          <w:lang w:val="pt-BR"/>
        </w:rPr>
      </w:pPr>
      <w:r w:rsidRPr="00236686">
        <w:rPr>
          <w:lang w:val="pt-BR"/>
        </w:rPr>
        <w:t>Patvirtiname, kad:</w:t>
      </w:r>
    </w:p>
    <w:p w14:paraId="703DB82E" w14:textId="77777777" w:rsidR="00201760" w:rsidRPr="00236686" w:rsidRDefault="00000000">
      <w:pPr>
        <w:pStyle w:val="ListBullet"/>
        <w:ind w:left="369"/>
        <w:rPr>
          <w:lang w:val="pt-BR"/>
        </w:rPr>
      </w:pPr>
      <w:r w:rsidRPr="00236686">
        <w:rPr>
          <w:lang w:val="pt-BR"/>
        </w:rPr>
        <w:t>turime teisę vykdyti siūlomą veiklą ir teikti pasiūlyme nurodytą finansavimo paslaugą;</w:t>
      </w:r>
    </w:p>
    <w:p w14:paraId="0ACFBC9E" w14:textId="77777777" w:rsidR="00201760" w:rsidRPr="00236686" w:rsidRDefault="00000000">
      <w:pPr>
        <w:pStyle w:val="ListBullet"/>
        <w:ind w:left="369"/>
        <w:rPr>
          <w:lang w:val="pt-BR"/>
        </w:rPr>
      </w:pPr>
      <w:r w:rsidRPr="00236686">
        <w:rPr>
          <w:lang w:val="pt-BR"/>
        </w:rPr>
        <w:t>nesame bankrutuojantis, restruktūrizuojamas ar likviduojamas subjektas, išskyrus atvejus, kai pagal taikytinus teisės aktus tokia būsena netrukdo sutarties sudarymui / vykdymui;</w:t>
      </w:r>
    </w:p>
    <w:p w14:paraId="5E83AF45" w14:textId="77777777" w:rsidR="00201760" w:rsidRPr="00236686" w:rsidRDefault="00000000">
      <w:pPr>
        <w:pStyle w:val="ListBullet"/>
        <w:ind w:left="369"/>
        <w:rPr>
          <w:lang w:val="pt-BR"/>
        </w:rPr>
      </w:pPr>
      <w:r w:rsidRPr="00236686">
        <w:rPr>
          <w:lang w:val="pt-BR"/>
        </w:rPr>
        <w:t>neturime interesų konflikto, kuris galėtų turėti įtakos šiam pirkimui ar sutarties vykdymui;</w:t>
      </w:r>
    </w:p>
    <w:p w14:paraId="7CE7DAE8" w14:textId="77777777" w:rsidR="00201760" w:rsidRPr="00236686" w:rsidRDefault="00000000">
      <w:pPr>
        <w:pStyle w:val="ListBullet"/>
        <w:ind w:left="369"/>
        <w:rPr>
          <w:lang w:val="pt-BR"/>
        </w:rPr>
      </w:pPr>
      <w:r w:rsidRPr="00236686">
        <w:rPr>
          <w:lang w:val="pt-BR"/>
        </w:rPr>
        <w:t>mums, mūsų naudos gavėjams ir, kiek taikoma, kontroliuojantiems asmenims nėra taikomos tarptautinės, Europos Sąjungos ar Lietuvos Respublikos sankcijos, dėl kurių sutarties sudarymas ar vykdymas būtų negalimas ar ribojamas;</w:t>
      </w:r>
    </w:p>
    <w:p w14:paraId="65C5E540" w14:textId="77777777" w:rsidR="00201760" w:rsidRPr="00236686" w:rsidRDefault="00000000">
      <w:pPr>
        <w:pStyle w:val="ListBullet"/>
        <w:ind w:left="369"/>
        <w:rPr>
          <w:lang w:val="pt-BR"/>
        </w:rPr>
      </w:pPr>
      <w:r w:rsidRPr="00236686">
        <w:rPr>
          <w:lang w:val="pt-BR"/>
        </w:rPr>
        <w:t>pasiūlyme nurodėme visus mokesčius, ribojimus, finansines ir nefinansines sąlygas, užtikrinimo priemones / užstatą ir kitas aplinkybes, kurios gali turėti įtakos Bendrovės mokėtinai bendrai finansavimo kainai ir kredito / finansavimo sutarties vykdymui;</w:t>
      </w:r>
    </w:p>
    <w:p w14:paraId="73F8A289" w14:textId="77777777" w:rsidR="00201760" w:rsidRPr="00236686" w:rsidRDefault="00000000">
      <w:pPr>
        <w:pStyle w:val="ListBullet"/>
        <w:ind w:left="369"/>
        <w:rPr>
          <w:lang w:val="pt-BR"/>
        </w:rPr>
      </w:pPr>
      <w:r w:rsidRPr="00236686">
        <w:rPr>
          <w:lang w:val="pt-BR"/>
        </w:rPr>
        <w:t>pateikta informacija yra teisinga, tiksli ir išsami.</w:t>
      </w:r>
    </w:p>
    <w:p w14:paraId="24805D41" w14:textId="77777777" w:rsidR="00201760" w:rsidRDefault="00000000">
      <w:proofErr w:type="spellStart"/>
      <w:r>
        <w:t>Tiekėjo</w:t>
      </w:r>
      <w:proofErr w:type="spellEnd"/>
      <w:r>
        <w:t xml:space="preserve"> </w:t>
      </w:r>
      <w:proofErr w:type="spellStart"/>
      <w:r>
        <w:t>atstovas</w:t>
      </w:r>
      <w:proofErr w:type="spellEnd"/>
      <w:r>
        <w:t xml:space="preserve"> ____________________________    </w:t>
      </w:r>
      <w:proofErr w:type="spellStart"/>
      <w:r>
        <w:t>Pareigos</w:t>
      </w:r>
      <w:proofErr w:type="spellEnd"/>
      <w:r>
        <w:t xml:space="preserve"> ____________________________    Data ____________________</w:t>
      </w:r>
    </w:p>
    <w:sectPr w:rsidR="00201760" w:rsidSect="00034616">
      <w:footerReference w:type="default" r:id="rId8"/>
      <w:pgSz w:w="12240" w:h="15840"/>
      <w:pgMar w:top="964" w:right="992" w:bottom="879" w:left="99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36A3F" w14:textId="77777777" w:rsidR="002B404C" w:rsidRDefault="002B404C">
      <w:pPr>
        <w:spacing w:after="0" w:line="240" w:lineRule="auto"/>
      </w:pPr>
      <w:r>
        <w:separator/>
      </w:r>
    </w:p>
  </w:endnote>
  <w:endnote w:type="continuationSeparator" w:id="0">
    <w:p w14:paraId="5A959F9B" w14:textId="77777777" w:rsidR="002B404C" w:rsidRDefault="002B40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BCD3C" w14:textId="77777777" w:rsidR="00201760" w:rsidRPr="00236686" w:rsidRDefault="00000000">
    <w:pPr>
      <w:pStyle w:val="Footer"/>
      <w:jc w:val="center"/>
      <w:rPr>
        <w:lang w:val="pt-BR"/>
      </w:rPr>
    </w:pPr>
    <w:r w:rsidRPr="00236686">
      <w:rPr>
        <w:color w:val="808080"/>
        <w:sz w:val="16"/>
        <w:lang w:val="pt-BR"/>
      </w:rPr>
      <w:t>Investicinio kredito pirkimo sąlygos | VPĮ netaikomas pirkimas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DE9C8" w14:textId="77777777" w:rsidR="002B404C" w:rsidRDefault="002B404C">
      <w:pPr>
        <w:spacing w:after="0" w:line="240" w:lineRule="auto"/>
      </w:pPr>
      <w:r>
        <w:separator/>
      </w:r>
    </w:p>
  </w:footnote>
  <w:footnote w:type="continuationSeparator" w:id="0">
    <w:p w14:paraId="22EE64E8" w14:textId="77777777" w:rsidR="002B404C" w:rsidRDefault="002B40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35677318">
    <w:abstractNumId w:val="8"/>
  </w:num>
  <w:num w:numId="2" w16cid:durableId="608703386">
    <w:abstractNumId w:val="6"/>
  </w:num>
  <w:num w:numId="3" w16cid:durableId="1159422548">
    <w:abstractNumId w:val="5"/>
  </w:num>
  <w:num w:numId="4" w16cid:durableId="1491361932">
    <w:abstractNumId w:val="4"/>
  </w:num>
  <w:num w:numId="5" w16cid:durableId="444037781">
    <w:abstractNumId w:val="7"/>
  </w:num>
  <w:num w:numId="6" w16cid:durableId="1847667641">
    <w:abstractNumId w:val="3"/>
  </w:num>
  <w:num w:numId="7" w16cid:durableId="1209296801">
    <w:abstractNumId w:val="2"/>
  </w:num>
  <w:num w:numId="8" w16cid:durableId="1315447491">
    <w:abstractNumId w:val="1"/>
  </w:num>
  <w:num w:numId="9" w16cid:durableId="1460953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17294"/>
    <w:rsid w:val="0015074B"/>
    <w:rsid w:val="00201760"/>
    <w:rsid w:val="00236686"/>
    <w:rsid w:val="00294A7F"/>
    <w:rsid w:val="0029639D"/>
    <w:rsid w:val="002B404C"/>
    <w:rsid w:val="00326F90"/>
    <w:rsid w:val="0047682B"/>
    <w:rsid w:val="005B30DC"/>
    <w:rsid w:val="00813E4B"/>
    <w:rsid w:val="008219D0"/>
    <w:rsid w:val="008821C8"/>
    <w:rsid w:val="00AA1D8D"/>
    <w:rsid w:val="00AC5027"/>
    <w:rsid w:val="00AE2055"/>
    <w:rsid w:val="00AE2217"/>
    <w:rsid w:val="00B47730"/>
    <w:rsid w:val="00B92A44"/>
    <w:rsid w:val="00C71187"/>
    <w:rsid w:val="00CB0664"/>
    <w:rsid w:val="00CE617B"/>
    <w:rsid w:val="00D40F87"/>
    <w:rsid w:val="00E14818"/>
    <w:rsid w:val="00EB62A0"/>
    <w:rsid w:val="00FC34A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B45C5A"/>
  <w14:defaultImageDpi w14:val="300"/>
  <w15:docId w15:val="{87E54B9C-39BD-4FFB-941B-3E502398C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20" w:line="254" w:lineRule="auto"/>
    </w:pPr>
    <w:rPr>
      <w:rFonts w:ascii="Arial" w:eastAsia="Arial" w:hAnsi="Arial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00" w:after="80"/>
      <w:outlineLvl w:val="0"/>
    </w:pPr>
    <w:rPr>
      <w:rFonts w:asciiTheme="majorHAnsi" w:eastAsiaTheme="majorEastAsia" w:hAnsiTheme="majorHAnsi" w:cstheme="majorBidi"/>
      <w:b/>
      <w:bCs/>
      <w:color w:val="1F4E79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F4E79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F4E79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Revision">
    <w:name w:val="Revision"/>
    <w:hidden/>
    <w:uiPriority w:val="99"/>
    <w:semiHidden/>
    <w:rsid w:val="00EB62A0"/>
    <w:pPr>
      <w:spacing w:after="0" w:line="240" w:lineRule="auto"/>
    </w:pPr>
    <w:rPr>
      <w:rFonts w:ascii="Arial" w:eastAsia="Arial" w:hAnsi="Arial"/>
      <w:sz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EB62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B62A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B62A0"/>
    <w:rPr>
      <w:rFonts w:ascii="Arial" w:eastAsia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62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62A0"/>
    <w:rPr>
      <w:rFonts w:ascii="Arial" w:eastAsia="Arial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8827</Words>
  <Characters>5032</Characters>
  <Application>Microsoft Office Word</Application>
  <DocSecurity>0</DocSecurity>
  <Lines>41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13832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Vaida Trasikienė</dc:creator>
  <cp:keywords/>
  <dc:description>generated by python-docx</dc:description>
  <cp:lastModifiedBy>Reda Šimalytė</cp:lastModifiedBy>
  <cp:revision>4</cp:revision>
  <dcterms:created xsi:type="dcterms:W3CDTF">2026-07-30T05:43:00Z</dcterms:created>
  <dcterms:modified xsi:type="dcterms:W3CDTF">2026-07-30T10:18:00Z</dcterms:modified>
  <cp:category/>
</cp:coreProperties>
</file>